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BDE68" w14:textId="77777777" w:rsidR="008A1A99" w:rsidRPr="005D2364" w:rsidRDefault="00000000" w:rsidP="00A30892">
      <w:pPr>
        <w:spacing w:before="240" w:after="240"/>
        <w:jc w:val="center"/>
        <w:rPr>
          <w:color w:val="002060"/>
          <w:sz w:val="20"/>
          <w:szCs w:val="24"/>
        </w:rPr>
      </w:pPr>
      <w:r w:rsidRPr="005D2364">
        <w:rPr>
          <w:b/>
          <w:color w:val="002060"/>
          <w:sz w:val="28"/>
          <w:szCs w:val="24"/>
        </w:rPr>
        <w:t>FIȘA EXPERTULUI INDEPENDENT ANCD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78"/>
      </w:tblGrid>
      <w:tr w:rsidR="008A1A99" w14:paraId="24507DB3" w14:textId="77777777" w:rsidTr="005D2364">
        <w:trPr>
          <w:jc w:val="center"/>
        </w:trPr>
        <w:tc>
          <w:tcPr>
            <w:tcW w:w="9978" w:type="dxa"/>
            <w:shd w:val="clear" w:color="auto" w:fill="F5F8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B09D82" w14:textId="77777777" w:rsidR="008A1A99" w:rsidRPr="005D2364" w:rsidRDefault="00000000" w:rsidP="005D2364">
            <w:pPr>
              <w:spacing w:after="0"/>
              <w:ind w:left="163"/>
              <w:rPr>
                <w:color w:val="002060"/>
                <w:sz w:val="20"/>
                <w:szCs w:val="20"/>
              </w:rPr>
            </w:pPr>
            <w:proofErr w:type="spellStart"/>
            <w:r w:rsidRPr="005D2364">
              <w:rPr>
                <w:b/>
                <w:color w:val="002060"/>
                <w:sz w:val="20"/>
                <w:szCs w:val="20"/>
              </w:rPr>
              <w:t>Instrucțiuni</w:t>
            </w:r>
            <w:proofErr w:type="spellEnd"/>
            <w:r w:rsidRPr="005D2364">
              <w:rPr>
                <w:b/>
                <w:color w:val="002060"/>
                <w:sz w:val="20"/>
                <w:szCs w:val="20"/>
              </w:rPr>
              <w:t xml:space="preserve"> de </w:t>
            </w:r>
            <w:proofErr w:type="spellStart"/>
            <w:r w:rsidRPr="005D2364">
              <w:rPr>
                <w:b/>
                <w:color w:val="002060"/>
                <w:sz w:val="20"/>
                <w:szCs w:val="20"/>
              </w:rPr>
              <w:t>completare</w:t>
            </w:r>
            <w:proofErr w:type="spellEnd"/>
          </w:p>
          <w:p w14:paraId="4397742B" w14:textId="3FCAADA5" w:rsidR="008A1A99" w:rsidRDefault="00000000" w:rsidP="002D5ADD">
            <w:pPr>
              <w:spacing w:after="0"/>
              <w:ind w:left="163"/>
              <w:jc w:val="both"/>
            </w:pPr>
            <w:proofErr w:type="spellStart"/>
            <w:r w:rsidRPr="005D2364">
              <w:rPr>
                <w:color w:val="002060"/>
                <w:sz w:val="18"/>
              </w:rPr>
              <w:t>Completați</w:t>
            </w:r>
            <w:proofErr w:type="spellEnd"/>
            <w:r w:rsidRPr="005D2364">
              <w:rPr>
                <w:color w:val="002060"/>
                <w:sz w:val="18"/>
              </w:rPr>
              <w:t xml:space="preserve"> </w:t>
            </w:r>
            <w:proofErr w:type="spellStart"/>
            <w:r w:rsidR="00A16318">
              <w:rPr>
                <w:color w:val="002060"/>
                <w:sz w:val="18"/>
              </w:rPr>
              <w:t>în</w:t>
            </w:r>
            <w:proofErr w:type="spellEnd"/>
            <w:r w:rsidR="00A16318">
              <w:rPr>
                <w:color w:val="002060"/>
                <w:sz w:val="18"/>
              </w:rPr>
              <w:t xml:space="preserve"> e-format </w:t>
            </w:r>
            <w:proofErr w:type="spellStart"/>
            <w:r w:rsidRPr="005D2364">
              <w:rPr>
                <w:color w:val="002060"/>
                <w:sz w:val="18"/>
              </w:rPr>
              <w:t>toate</w:t>
            </w:r>
            <w:proofErr w:type="spellEnd"/>
            <w:r w:rsidRPr="005D2364">
              <w:rPr>
                <w:color w:val="002060"/>
                <w:sz w:val="18"/>
              </w:rPr>
              <w:t xml:space="preserve"> </w:t>
            </w:r>
            <w:proofErr w:type="spellStart"/>
            <w:r w:rsidRPr="005D2364">
              <w:rPr>
                <w:color w:val="002060"/>
                <w:sz w:val="18"/>
              </w:rPr>
              <w:t>rubricile</w:t>
            </w:r>
            <w:proofErr w:type="spellEnd"/>
            <w:r w:rsidRPr="005D2364">
              <w:rPr>
                <w:color w:val="002060"/>
                <w:sz w:val="18"/>
              </w:rPr>
              <w:t xml:space="preserve"> </w:t>
            </w:r>
            <w:proofErr w:type="spellStart"/>
            <w:r w:rsidRPr="005D2364">
              <w:rPr>
                <w:color w:val="002060"/>
                <w:sz w:val="18"/>
              </w:rPr>
              <w:t>aplicabile</w:t>
            </w:r>
            <w:proofErr w:type="spellEnd"/>
            <w:r w:rsidRPr="005D2364">
              <w:rPr>
                <w:color w:val="002060"/>
                <w:sz w:val="18"/>
              </w:rPr>
              <w:t xml:space="preserve">. </w:t>
            </w:r>
            <w:proofErr w:type="spellStart"/>
            <w:r w:rsidRPr="005D2364">
              <w:rPr>
                <w:color w:val="002060"/>
                <w:sz w:val="18"/>
              </w:rPr>
              <w:t>Datele</w:t>
            </w:r>
            <w:proofErr w:type="spellEnd"/>
            <w:r w:rsidRPr="005D2364">
              <w:rPr>
                <w:color w:val="002060"/>
                <w:sz w:val="18"/>
              </w:rPr>
              <w:t xml:space="preserve"> </w:t>
            </w:r>
            <w:proofErr w:type="spellStart"/>
            <w:r w:rsidRPr="005D2364">
              <w:rPr>
                <w:color w:val="002060"/>
                <w:sz w:val="18"/>
              </w:rPr>
              <w:t>privind</w:t>
            </w:r>
            <w:proofErr w:type="spellEnd"/>
            <w:r w:rsidRPr="005D2364">
              <w:rPr>
                <w:color w:val="002060"/>
                <w:sz w:val="18"/>
              </w:rPr>
              <w:t xml:space="preserve"> </w:t>
            </w:r>
            <w:proofErr w:type="spellStart"/>
            <w:r w:rsidRPr="005D2364">
              <w:rPr>
                <w:color w:val="002060"/>
                <w:sz w:val="18"/>
              </w:rPr>
              <w:t>experiența</w:t>
            </w:r>
            <w:proofErr w:type="spellEnd"/>
            <w:r w:rsidRPr="005D2364">
              <w:rPr>
                <w:color w:val="002060"/>
                <w:sz w:val="18"/>
              </w:rPr>
              <w:t xml:space="preserve"> </w:t>
            </w:r>
            <w:proofErr w:type="spellStart"/>
            <w:r w:rsidRPr="005D2364">
              <w:rPr>
                <w:color w:val="002060"/>
                <w:sz w:val="18"/>
              </w:rPr>
              <w:t>și</w:t>
            </w:r>
            <w:proofErr w:type="spellEnd"/>
            <w:r w:rsidRPr="005D2364">
              <w:rPr>
                <w:color w:val="002060"/>
                <w:sz w:val="18"/>
              </w:rPr>
              <w:t xml:space="preserve"> </w:t>
            </w:r>
            <w:proofErr w:type="spellStart"/>
            <w:r w:rsidRPr="005D2364">
              <w:rPr>
                <w:color w:val="002060"/>
                <w:sz w:val="18"/>
              </w:rPr>
              <w:t>realizările</w:t>
            </w:r>
            <w:proofErr w:type="spellEnd"/>
            <w:r w:rsidRPr="005D2364">
              <w:rPr>
                <w:color w:val="002060"/>
                <w:sz w:val="18"/>
              </w:rPr>
              <w:t xml:space="preserve"> </w:t>
            </w:r>
            <w:proofErr w:type="spellStart"/>
            <w:r w:rsidRPr="005D2364">
              <w:rPr>
                <w:color w:val="002060"/>
                <w:sz w:val="18"/>
              </w:rPr>
              <w:t>relevante</w:t>
            </w:r>
            <w:proofErr w:type="spellEnd"/>
            <w:r w:rsidRPr="005D2364">
              <w:rPr>
                <w:color w:val="002060"/>
                <w:sz w:val="18"/>
              </w:rPr>
              <w:t xml:space="preserve"> </w:t>
            </w:r>
            <w:proofErr w:type="spellStart"/>
            <w:r w:rsidRPr="005D2364">
              <w:rPr>
                <w:color w:val="002060"/>
                <w:sz w:val="18"/>
              </w:rPr>
              <w:t>vor</w:t>
            </w:r>
            <w:proofErr w:type="spellEnd"/>
            <w:r w:rsidRPr="005D2364">
              <w:rPr>
                <w:color w:val="002060"/>
                <w:sz w:val="18"/>
              </w:rPr>
              <w:t xml:space="preserve"> fi </w:t>
            </w:r>
            <w:proofErr w:type="spellStart"/>
            <w:r w:rsidRPr="005D2364">
              <w:rPr>
                <w:color w:val="002060"/>
                <w:sz w:val="18"/>
              </w:rPr>
              <w:t>prezentate</w:t>
            </w:r>
            <w:proofErr w:type="spellEnd"/>
            <w:r w:rsidRPr="005D2364">
              <w:rPr>
                <w:color w:val="002060"/>
                <w:sz w:val="18"/>
              </w:rPr>
              <w:t xml:space="preserve"> </w:t>
            </w:r>
            <w:proofErr w:type="spellStart"/>
            <w:r w:rsidRPr="005D2364">
              <w:rPr>
                <w:color w:val="002060"/>
                <w:sz w:val="18"/>
              </w:rPr>
              <w:t>succint</w:t>
            </w:r>
            <w:proofErr w:type="spellEnd"/>
            <w:r w:rsidRPr="005D2364">
              <w:rPr>
                <w:color w:val="002060"/>
                <w:sz w:val="18"/>
              </w:rPr>
              <w:t xml:space="preserve"> </w:t>
            </w:r>
            <w:proofErr w:type="spellStart"/>
            <w:r w:rsidRPr="005D2364">
              <w:rPr>
                <w:color w:val="002060"/>
                <w:sz w:val="18"/>
              </w:rPr>
              <w:t>și</w:t>
            </w:r>
            <w:proofErr w:type="spellEnd"/>
            <w:r w:rsidRPr="005D2364">
              <w:rPr>
                <w:color w:val="002060"/>
                <w:sz w:val="18"/>
              </w:rPr>
              <w:t xml:space="preserve">, </w:t>
            </w:r>
            <w:proofErr w:type="spellStart"/>
            <w:r w:rsidRPr="005D2364">
              <w:rPr>
                <w:color w:val="002060"/>
                <w:sz w:val="18"/>
              </w:rPr>
              <w:t>după</w:t>
            </w:r>
            <w:proofErr w:type="spellEnd"/>
            <w:r w:rsidRPr="005D2364">
              <w:rPr>
                <w:color w:val="002060"/>
                <w:sz w:val="18"/>
              </w:rPr>
              <w:t xml:space="preserve"> </w:t>
            </w:r>
            <w:proofErr w:type="spellStart"/>
            <w:r w:rsidRPr="005D2364">
              <w:rPr>
                <w:color w:val="002060"/>
                <w:sz w:val="18"/>
              </w:rPr>
              <w:t>caz</w:t>
            </w:r>
            <w:proofErr w:type="spellEnd"/>
            <w:r w:rsidRPr="005D2364">
              <w:rPr>
                <w:color w:val="002060"/>
                <w:sz w:val="18"/>
              </w:rPr>
              <w:t xml:space="preserve">, </w:t>
            </w:r>
            <w:proofErr w:type="spellStart"/>
            <w:r w:rsidRPr="005D2364">
              <w:rPr>
                <w:color w:val="002060"/>
                <w:sz w:val="18"/>
              </w:rPr>
              <w:t>însoțite</w:t>
            </w:r>
            <w:proofErr w:type="spellEnd"/>
            <w:r w:rsidRPr="005D2364">
              <w:rPr>
                <w:color w:val="002060"/>
                <w:sz w:val="18"/>
              </w:rPr>
              <w:t xml:space="preserve"> de </w:t>
            </w:r>
            <w:proofErr w:type="spellStart"/>
            <w:r w:rsidRPr="005D2364">
              <w:rPr>
                <w:color w:val="002060"/>
                <w:sz w:val="18"/>
              </w:rPr>
              <w:t>linkuri</w:t>
            </w:r>
            <w:proofErr w:type="spellEnd"/>
            <w:r w:rsidRPr="005D2364">
              <w:rPr>
                <w:color w:val="002060"/>
                <w:sz w:val="18"/>
              </w:rPr>
              <w:t xml:space="preserve"> </w:t>
            </w:r>
            <w:proofErr w:type="spellStart"/>
            <w:r w:rsidRPr="005D2364">
              <w:rPr>
                <w:color w:val="002060"/>
                <w:sz w:val="18"/>
              </w:rPr>
              <w:t>către</w:t>
            </w:r>
            <w:proofErr w:type="spellEnd"/>
            <w:r w:rsidRPr="005D2364">
              <w:rPr>
                <w:color w:val="002060"/>
                <w:sz w:val="18"/>
              </w:rPr>
              <w:t xml:space="preserve"> </w:t>
            </w:r>
            <w:proofErr w:type="spellStart"/>
            <w:r w:rsidRPr="005D2364">
              <w:rPr>
                <w:color w:val="002060"/>
                <w:sz w:val="18"/>
              </w:rPr>
              <w:t>surse</w:t>
            </w:r>
            <w:proofErr w:type="spellEnd"/>
            <w:r w:rsidRPr="005D2364">
              <w:rPr>
                <w:color w:val="002060"/>
                <w:sz w:val="18"/>
              </w:rPr>
              <w:t xml:space="preserve"> </w:t>
            </w:r>
            <w:proofErr w:type="spellStart"/>
            <w:r w:rsidRPr="005D2364">
              <w:rPr>
                <w:color w:val="002060"/>
                <w:sz w:val="18"/>
              </w:rPr>
              <w:t>publice</w:t>
            </w:r>
            <w:proofErr w:type="spellEnd"/>
            <w:r w:rsidRPr="005D2364">
              <w:rPr>
                <w:color w:val="002060"/>
                <w:sz w:val="18"/>
              </w:rPr>
              <w:t xml:space="preserve"> de </w:t>
            </w:r>
            <w:proofErr w:type="spellStart"/>
            <w:r w:rsidRPr="005D2364">
              <w:rPr>
                <w:color w:val="002060"/>
                <w:sz w:val="18"/>
              </w:rPr>
              <w:t>verificare</w:t>
            </w:r>
            <w:proofErr w:type="spellEnd"/>
            <w:r w:rsidRPr="005D2364">
              <w:rPr>
                <w:color w:val="002060"/>
                <w:sz w:val="18"/>
              </w:rPr>
              <w:t>. CV-</w:t>
            </w:r>
            <w:proofErr w:type="spellStart"/>
            <w:r w:rsidRPr="005D2364">
              <w:rPr>
                <w:color w:val="002060"/>
                <w:sz w:val="18"/>
              </w:rPr>
              <w:t>ul</w:t>
            </w:r>
            <w:proofErr w:type="spellEnd"/>
            <w:r w:rsidRPr="005D2364">
              <w:rPr>
                <w:color w:val="002060"/>
                <w:sz w:val="18"/>
              </w:rPr>
              <w:t xml:space="preserve"> </w:t>
            </w:r>
            <w:proofErr w:type="spellStart"/>
            <w:r w:rsidRPr="005D2364">
              <w:rPr>
                <w:color w:val="002060"/>
                <w:sz w:val="18"/>
              </w:rPr>
              <w:t>și</w:t>
            </w:r>
            <w:proofErr w:type="spellEnd"/>
            <w:r w:rsidRPr="005D2364">
              <w:rPr>
                <w:color w:val="002060"/>
                <w:sz w:val="18"/>
              </w:rPr>
              <w:t xml:space="preserve"> </w:t>
            </w:r>
            <w:proofErr w:type="spellStart"/>
            <w:r w:rsidRPr="005D2364">
              <w:rPr>
                <w:color w:val="002060"/>
                <w:sz w:val="18"/>
              </w:rPr>
              <w:t>documentele</w:t>
            </w:r>
            <w:proofErr w:type="spellEnd"/>
            <w:r w:rsidRPr="005D2364">
              <w:rPr>
                <w:color w:val="002060"/>
                <w:sz w:val="18"/>
              </w:rPr>
              <w:t xml:space="preserve"> justificative se </w:t>
            </w:r>
            <w:proofErr w:type="spellStart"/>
            <w:r w:rsidRPr="005D2364">
              <w:rPr>
                <w:color w:val="002060"/>
                <w:sz w:val="18"/>
              </w:rPr>
              <w:t>depun</w:t>
            </w:r>
            <w:proofErr w:type="spellEnd"/>
            <w:r w:rsidRPr="005D2364">
              <w:rPr>
                <w:color w:val="002060"/>
                <w:sz w:val="18"/>
              </w:rPr>
              <w:t xml:space="preserve"> </w:t>
            </w:r>
            <w:proofErr w:type="spellStart"/>
            <w:r w:rsidRPr="005D2364">
              <w:rPr>
                <w:color w:val="002060"/>
                <w:sz w:val="18"/>
              </w:rPr>
              <w:t>separat</w:t>
            </w:r>
            <w:proofErr w:type="spellEnd"/>
            <w:r w:rsidRPr="005D2364">
              <w:rPr>
                <w:color w:val="002060"/>
                <w:sz w:val="18"/>
              </w:rPr>
              <w:t xml:space="preserve">, conform </w:t>
            </w:r>
            <w:proofErr w:type="spellStart"/>
            <w:r w:rsidRPr="005D2364">
              <w:rPr>
                <w:color w:val="002060"/>
                <w:sz w:val="18"/>
              </w:rPr>
              <w:t>apelului</w:t>
            </w:r>
            <w:proofErr w:type="spellEnd"/>
            <w:r w:rsidRPr="005D2364">
              <w:rPr>
                <w:color w:val="002060"/>
                <w:sz w:val="18"/>
              </w:rPr>
              <w:t xml:space="preserve"> public.</w:t>
            </w:r>
          </w:p>
        </w:tc>
      </w:tr>
    </w:tbl>
    <w:p w14:paraId="09FA0D4F" w14:textId="77777777" w:rsidR="00CE6BA8" w:rsidRPr="00A30892" w:rsidRDefault="00CE6BA8" w:rsidP="00CE6BA8">
      <w:pPr>
        <w:spacing w:after="0"/>
        <w:ind w:left="425"/>
        <w:rPr>
          <w:b/>
          <w:color w:val="17365D"/>
          <w:sz w:val="24"/>
          <w:szCs w:val="24"/>
        </w:rPr>
      </w:pPr>
    </w:p>
    <w:p w14:paraId="3EF2FAF8" w14:textId="7004FA0F" w:rsidR="008A1A99" w:rsidRDefault="00000000" w:rsidP="005D2364">
      <w:pPr>
        <w:spacing w:before="140" w:after="80"/>
        <w:ind w:left="426"/>
      </w:pPr>
      <w:r>
        <w:rPr>
          <w:b/>
          <w:color w:val="17365D"/>
          <w:sz w:val="23"/>
        </w:rPr>
        <w:t>1. DATE PERSONALE ȘI DE CONTACT</w:t>
      </w:r>
    </w:p>
    <w:tbl>
      <w:tblPr>
        <w:tblW w:w="0" w:type="auto"/>
        <w:jc w:val="center"/>
        <w:tblBorders>
          <w:top w:val="single" w:sz="4" w:space="0" w:color="4F81BD"/>
          <w:bottom w:val="single" w:sz="4" w:space="0" w:color="4F81BD"/>
          <w:insideH w:val="single" w:sz="4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3091"/>
        <w:gridCol w:w="6881"/>
      </w:tblGrid>
      <w:tr w:rsidR="008A1A99" w14:paraId="47F7A025" w14:textId="77777777" w:rsidTr="00B41A6B">
        <w:trPr>
          <w:jc w:val="center"/>
        </w:trPr>
        <w:tc>
          <w:tcPr>
            <w:tcW w:w="3091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92C5C0" w14:textId="75AAACEB" w:rsidR="008A1A99" w:rsidRDefault="00000000">
            <w:pPr>
              <w:spacing w:after="0"/>
            </w:pPr>
            <w:proofErr w:type="spellStart"/>
            <w:r>
              <w:rPr>
                <w:b/>
                <w:color w:val="17365D"/>
                <w:sz w:val="18"/>
              </w:rPr>
              <w:t>Nume</w:t>
            </w:r>
            <w:proofErr w:type="spellEnd"/>
          </w:p>
        </w:tc>
        <w:tc>
          <w:tcPr>
            <w:tcW w:w="6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B91F6E" w14:textId="60E36C1E" w:rsidR="008A1A99" w:rsidRPr="00AE3576" w:rsidRDefault="00000000" w:rsidP="005D2364">
            <w:pPr>
              <w:tabs>
                <w:tab w:val="left" w:pos="6150"/>
              </w:tabs>
              <w:spacing w:after="0"/>
              <w:rPr>
                <w:b/>
                <w:bCs/>
                <w:color w:val="3D6AA1"/>
                <w:sz w:val="20"/>
                <w:szCs w:val="20"/>
              </w:rPr>
            </w:pPr>
            <w:r w:rsidRPr="00AE3576">
              <w:rPr>
                <w:b/>
                <w:bCs/>
                <w:color w:val="3D6AA1"/>
                <w:sz w:val="20"/>
                <w:szCs w:val="20"/>
              </w:rPr>
              <w:t xml:space="preserve"> </w:t>
            </w:r>
          </w:p>
        </w:tc>
      </w:tr>
      <w:tr w:rsidR="008A1A99" w14:paraId="7D911379" w14:textId="77777777" w:rsidTr="00B41A6B">
        <w:trPr>
          <w:jc w:val="center"/>
        </w:trPr>
        <w:tc>
          <w:tcPr>
            <w:tcW w:w="3091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C7757A" w14:textId="3DCD8D49" w:rsidR="008A1A99" w:rsidRDefault="00000000">
            <w:pPr>
              <w:spacing w:after="0"/>
            </w:pPr>
            <w:proofErr w:type="spellStart"/>
            <w:r>
              <w:rPr>
                <w:b/>
                <w:color w:val="17365D"/>
                <w:sz w:val="18"/>
              </w:rPr>
              <w:t>Prenume</w:t>
            </w:r>
            <w:proofErr w:type="spellEnd"/>
          </w:p>
        </w:tc>
        <w:tc>
          <w:tcPr>
            <w:tcW w:w="6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F2681D" w14:textId="27AADCC0" w:rsidR="008A1A99" w:rsidRPr="00AE3576" w:rsidRDefault="00000000" w:rsidP="005D2364">
            <w:pPr>
              <w:tabs>
                <w:tab w:val="left" w:pos="6150"/>
              </w:tabs>
              <w:spacing w:after="0"/>
              <w:rPr>
                <w:b/>
                <w:bCs/>
                <w:color w:val="3D6AA1"/>
                <w:sz w:val="20"/>
                <w:szCs w:val="20"/>
              </w:rPr>
            </w:pPr>
            <w:r w:rsidRPr="00AE3576">
              <w:rPr>
                <w:b/>
                <w:bCs/>
                <w:color w:val="3D6AA1"/>
                <w:sz w:val="20"/>
                <w:szCs w:val="20"/>
              </w:rPr>
              <w:t xml:space="preserve"> </w:t>
            </w:r>
          </w:p>
        </w:tc>
      </w:tr>
      <w:tr w:rsidR="008A1A99" w14:paraId="7A0B0FD5" w14:textId="77777777" w:rsidTr="00B41A6B">
        <w:trPr>
          <w:jc w:val="center"/>
        </w:trPr>
        <w:tc>
          <w:tcPr>
            <w:tcW w:w="3091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A5123A" w14:textId="69C931C7" w:rsidR="008A1A99" w:rsidRDefault="00000000">
            <w:pPr>
              <w:spacing w:after="0"/>
            </w:pPr>
            <w:proofErr w:type="spellStart"/>
            <w:r>
              <w:rPr>
                <w:b/>
                <w:color w:val="17365D"/>
                <w:sz w:val="18"/>
              </w:rPr>
              <w:t>Patronimic</w:t>
            </w:r>
            <w:proofErr w:type="spellEnd"/>
          </w:p>
        </w:tc>
        <w:tc>
          <w:tcPr>
            <w:tcW w:w="6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B90BEA" w14:textId="5D913BAA" w:rsidR="008A1A99" w:rsidRPr="00775347" w:rsidRDefault="008A1A99" w:rsidP="005D2364">
            <w:pPr>
              <w:tabs>
                <w:tab w:val="left" w:pos="6150"/>
              </w:tabs>
              <w:spacing w:after="0"/>
              <w:rPr>
                <w:color w:val="3D6AA1"/>
                <w:sz w:val="20"/>
                <w:szCs w:val="20"/>
              </w:rPr>
            </w:pPr>
          </w:p>
        </w:tc>
      </w:tr>
      <w:tr w:rsidR="008A1A99" w14:paraId="0DA2DF4C" w14:textId="77777777" w:rsidTr="00B41A6B">
        <w:trPr>
          <w:jc w:val="center"/>
        </w:trPr>
        <w:tc>
          <w:tcPr>
            <w:tcW w:w="3091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6B5A17" w14:textId="5D178153" w:rsidR="008A1A99" w:rsidRDefault="00000000">
            <w:pPr>
              <w:spacing w:after="0"/>
            </w:pPr>
            <w:r>
              <w:rPr>
                <w:b/>
                <w:color w:val="17365D"/>
                <w:sz w:val="18"/>
              </w:rPr>
              <w:t xml:space="preserve">Data </w:t>
            </w:r>
            <w:proofErr w:type="spellStart"/>
            <w:r>
              <w:rPr>
                <w:b/>
                <w:color w:val="17365D"/>
                <w:sz w:val="18"/>
              </w:rPr>
              <w:t>nașterii</w:t>
            </w:r>
            <w:proofErr w:type="spellEnd"/>
          </w:p>
        </w:tc>
        <w:tc>
          <w:tcPr>
            <w:tcW w:w="6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6BD3A2" w14:textId="7582C83D" w:rsidR="008A1A99" w:rsidRPr="00775347" w:rsidRDefault="00000000" w:rsidP="005D2364">
            <w:pPr>
              <w:tabs>
                <w:tab w:val="left" w:pos="6150"/>
              </w:tabs>
              <w:spacing w:after="0"/>
              <w:rPr>
                <w:color w:val="3D6AA1"/>
                <w:sz w:val="20"/>
                <w:szCs w:val="20"/>
              </w:rPr>
            </w:pPr>
            <w:proofErr w:type="spellStart"/>
            <w:r w:rsidRPr="00775347">
              <w:rPr>
                <w:color w:val="3D6AA1"/>
                <w:sz w:val="20"/>
                <w:szCs w:val="20"/>
              </w:rPr>
              <w:t>z</w:t>
            </w:r>
            <w:r w:rsidR="00CE6BA8">
              <w:rPr>
                <w:color w:val="3D6AA1"/>
                <w:sz w:val="20"/>
                <w:szCs w:val="20"/>
              </w:rPr>
              <w:t>iua</w:t>
            </w:r>
            <w:proofErr w:type="spellEnd"/>
            <w:r w:rsidRPr="00775347">
              <w:rPr>
                <w:color w:val="3D6AA1"/>
                <w:sz w:val="20"/>
                <w:szCs w:val="20"/>
              </w:rPr>
              <w:t>/</w:t>
            </w:r>
            <w:r w:rsidR="00CE6BA8">
              <w:rPr>
                <w:color w:val="3D6AA1"/>
                <w:sz w:val="20"/>
                <w:szCs w:val="20"/>
              </w:rPr>
              <w:t xml:space="preserve"> </w:t>
            </w:r>
            <w:r w:rsidRPr="00775347">
              <w:rPr>
                <w:color w:val="3D6AA1"/>
                <w:sz w:val="20"/>
                <w:szCs w:val="20"/>
              </w:rPr>
              <w:t>l</w:t>
            </w:r>
            <w:r w:rsidR="00CE6BA8">
              <w:rPr>
                <w:color w:val="3D6AA1"/>
                <w:sz w:val="20"/>
                <w:szCs w:val="20"/>
              </w:rPr>
              <w:t>una</w:t>
            </w:r>
            <w:r w:rsidRPr="00775347">
              <w:rPr>
                <w:color w:val="3D6AA1"/>
                <w:sz w:val="20"/>
                <w:szCs w:val="20"/>
              </w:rPr>
              <w:t>/</w:t>
            </w:r>
            <w:r w:rsidR="00CE6BA8">
              <w:rPr>
                <w:color w:val="3D6AA1"/>
                <w:sz w:val="20"/>
                <w:szCs w:val="20"/>
              </w:rPr>
              <w:t xml:space="preserve"> </w:t>
            </w:r>
            <w:proofErr w:type="spellStart"/>
            <w:r w:rsidRPr="00775347">
              <w:rPr>
                <w:color w:val="3D6AA1"/>
                <w:sz w:val="20"/>
                <w:szCs w:val="20"/>
              </w:rPr>
              <w:t>a</w:t>
            </w:r>
            <w:r w:rsidR="00CE6BA8">
              <w:rPr>
                <w:color w:val="3D6AA1"/>
                <w:sz w:val="20"/>
                <w:szCs w:val="20"/>
              </w:rPr>
              <w:t>nul</w:t>
            </w:r>
            <w:proofErr w:type="spellEnd"/>
          </w:p>
        </w:tc>
      </w:tr>
      <w:tr w:rsidR="008A1A99" w14:paraId="382719EE" w14:textId="77777777" w:rsidTr="00B41A6B">
        <w:trPr>
          <w:jc w:val="center"/>
        </w:trPr>
        <w:tc>
          <w:tcPr>
            <w:tcW w:w="3091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5D1A3C" w14:textId="07936D02" w:rsidR="008A1A99" w:rsidRDefault="00000000">
            <w:pPr>
              <w:spacing w:after="0"/>
            </w:pPr>
            <w:proofErr w:type="spellStart"/>
            <w:r>
              <w:rPr>
                <w:b/>
                <w:color w:val="17365D"/>
                <w:sz w:val="18"/>
              </w:rPr>
              <w:t>Cetățenia</w:t>
            </w:r>
            <w:proofErr w:type="spellEnd"/>
            <w:r>
              <w:rPr>
                <w:b/>
                <w:color w:val="17365D"/>
                <w:sz w:val="18"/>
              </w:rPr>
              <w:t xml:space="preserve"> </w:t>
            </w:r>
          </w:p>
        </w:tc>
        <w:tc>
          <w:tcPr>
            <w:tcW w:w="6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C44F67" w14:textId="0CBECA8E" w:rsidR="008A1A99" w:rsidRPr="00775347" w:rsidRDefault="008A1A99" w:rsidP="005D2364">
            <w:pPr>
              <w:tabs>
                <w:tab w:val="left" w:pos="6150"/>
              </w:tabs>
              <w:spacing w:after="0"/>
              <w:rPr>
                <w:color w:val="3D6AA1"/>
                <w:sz w:val="20"/>
                <w:szCs w:val="20"/>
              </w:rPr>
            </w:pPr>
          </w:p>
        </w:tc>
      </w:tr>
      <w:tr w:rsidR="005C19B6" w14:paraId="24041550" w14:textId="77777777" w:rsidTr="00B41A6B">
        <w:trPr>
          <w:jc w:val="center"/>
        </w:trPr>
        <w:tc>
          <w:tcPr>
            <w:tcW w:w="3091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3B21CA" w14:textId="14DFBA62" w:rsidR="005C19B6" w:rsidRDefault="005C19B6" w:rsidP="005C19B6">
            <w:pPr>
              <w:spacing w:after="0"/>
              <w:rPr>
                <w:b/>
                <w:color w:val="17365D"/>
                <w:sz w:val="18"/>
              </w:rPr>
            </w:pPr>
            <w:proofErr w:type="spellStart"/>
            <w:r>
              <w:rPr>
                <w:b/>
                <w:color w:val="17365D"/>
                <w:sz w:val="18"/>
              </w:rPr>
              <w:t>Locul</w:t>
            </w:r>
            <w:proofErr w:type="spellEnd"/>
            <w:r>
              <w:rPr>
                <w:b/>
                <w:color w:val="17365D"/>
                <w:sz w:val="18"/>
              </w:rPr>
              <w:t xml:space="preserve"> </w:t>
            </w:r>
            <w:proofErr w:type="spellStart"/>
            <w:r>
              <w:rPr>
                <w:b/>
                <w:color w:val="17365D"/>
                <w:sz w:val="18"/>
              </w:rPr>
              <w:t>reședinței</w:t>
            </w:r>
            <w:proofErr w:type="spellEnd"/>
          </w:p>
        </w:tc>
        <w:tc>
          <w:tcPr>
            <w:tcW w:w="6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8C14BC" w14:textId="3ED3C36C" w:rsidR="005C19B6" w:rsidRPr="00775347" w:rsidRDefault="005C19B6" w:rsidP="005C19B6">
            <w:pPr>
              <w:tabs>
                <w:tab w:val="left" w:pos="6150"/>
              </w:tabs>
              <w:spacing w:after="0"/>
              <w:rPr>
                <w:color w:val="3D6AA1"/>
                <w:sz w:val="20"/>
                <w:szCs w:val="20"/>
              </w:rPr>
            </w:pPr>
            <w:proofErr w:type="spellStart"/>
            <w:r w:rsidRPr="00775347">
              <w:rPr>
                <w:color w:val="3D6AA1"/>
                <w:sz w:val="20"/>
                <w:szCs w:val="20"/>
              </w:rPr>
              <w:t>Țara</w:t>
            </w:r>
            <w:proofErr w:type="spellEnd"/>
            <w:r w:rsidRPr="00775347">
              <w:rPr>
                <w:color w:val="3D6AA1"/>
                <w:sz w:val="20"/>
                <w:szCs w:val="20"/>
              </w:rPr>
              <w:t xml:space="preserve">, </w:t>
            </w:r>
            <w:proofErr w:type="spellStart"/>
            <w:r w:rsidRPr="00775347">
              <w:rPr>
                <w:color w:val="3D6AA1"/>
                <w:sz w:val="20"/>
                <w:szCs w:val="20"/>
              </w:rPr>
              <w:t>localitatea</w:t>
            </w:r>
            <w:proofErr w:type="spellEnd"/>
            <w:r w:rsidRPr="00775347">
              <w:rPr>
                <w:color w:val="3D6AA1"/>
                <w:sz w:val="20"/>
                <w:szCs w:val="20"/>
              </w:rPr>
              <w:t xml:space="preserve">/ </w:t>
            </w:r>
            <w:proofErr w:type="spellStart"/>
            <w:r w:rsidRPr="00775347">
              <w:rPr>
                <w:color w:val="3D6AA1"/>
                <w:sz w:val="20"/>
                <w:szCs w:val="20"/>
              </w:rPr>
              <w:t>orașul</w:t>
            </w:r>
            <w:proofErr w:type="spellEnd"/>
          </w:p>
        </w:tc>
      </w:tr>
      <w:tr w:rsidR="005C19B6" w14:paraId="69E0EC30" w14:textId="77777777" w:rsidTr="00B41A6B">
        <w:trPr>
          <w:jc w:val="center"/>
        </w:trPr>
        <w:tc>
          <w:tcPr>
            <w:tcW w:w="3091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F28695" w14:textId="7E3C581E" w:rsidR="005C19B6" w:rsidRDefault="005C19B6" w:rsidP="005C19B6">
            <w:pPr>
              <w:spacing w:after="0"/>
            </w:pPr>
            <w:proofErr w:type="spellStart"/>
            <w:r>
              <w:rPr>
                <w:b/>
                <w:color w:val="17365D"/>
                <w:sz w:val="18"/>
              </w:rPr>
              <w:t>Telefon</w:t>
            </w:r>
            <w:proofErr w:type="spellEnd"/>
          </w:p>
        </w:tc>
        <w:tc>
          <w:tcPr>
            <w:tcW w:w="6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21DB24" w14:textId="6CAE1BCA" w:rsidR="005C19B6" w:rsidRPr="00775347" w:rsidRDefault="005C19B6" w:rsidP="005C19B6">
            <w:pPr>
              <w:tabs>
                <w:tab w:val="left" w:pos="6150"/>
              </w:tabs>
              <w:spacing w:after="0"/>
              <w:rPr>
                <w:color w:val="3D6AA1"/>
                <w:sz w:val="20"/>
                <w:szCs w:val="20"/>
              </w:rPr>
            </w:pPr>
            <w:r w:rsidRPr="00775347">
              <w:rPr>
                <w:color w:val="3D6AA1"/>
                <w:sz w:val="20"/>
                <w:szCs w:val="20"/>
              </w:rPr>
              <w:t xml:space="preserve"> </w:t>
            </w:r>
          </w:p>
        </w:tc>
      </w:tr>
      <w:tr w:rsidR="005C19B6" w14:paraId="67D6D525" w14:textId="77777777" w:rsidTr="00B41A6B">
        <w:trPr>
          <w:jc w:val="center"/>
        </w:trPr>
        <w:tc>
          <w:tcPr>
            <w:tcW w:w="3091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D1CDDE" w14:textId="6C0D80EA" w:rsidR="005C19B6" w:rsidRDefault="005C19B6" w:rsidP="005C19B6">
            <w:pPr>
              <w:spacing w:after="0"/>
            </w:pPr>
            <w:r>
              <w:rPr>
                <w:b/>
                <w:color w:val="17365D"/>
                <w:sz w:val="18"/>
              </w:rPr>
              <w:t>E-mail</w:t>
            </w:r>
          </w:p>
        </w:tc>
        <w:tc>
          <w:tcPr>
            <w:tcW w:w="6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D3B516" w14:textId="6F3F7308" w:rsidR="005C19B6" w:rsidRPr="00775347" w:rsidRDefault="005C19B6" w:rsidP="005C19B6">
            <w:pPr>
              <w:tabs>
                <w:tab w:val="left" w:pos="6150"/>
              </w:tabs>
              <w:spacing w:after="0"/>
              <w:rPr>
                <w:color w:val="3D6AA1"/>
                <w:sz w:val="20"/>
                <w:szCs w:val="20"/>
              </w:rPr>
            </w:pPr>
          </w:p>
        </w:tc>
      </w:tr>
    </w:tbl>
    <w:p w14:paraId="37BBE993" w14:textId="77777777" w:rsidR="008A1A99" w:rsidRPr="00A30892" w:rsidRDefault="008A1A99">
      <w:pPr>
        <w:spacing w:after="20"/>
        <w:rPr>
          <w:sz w:val="24"/>
          <w:szCs w:val="24"/>
        </w:rPr>
      </w:pPr>
    </w:p>
    <w:p w14:paraId="3EFC6CEA" w14:textId="77777777" w:rsidR="008A1A99" w:rsidRDefault="00000000" w:rsidP="005D2364">
      <w:pPr>
        <w:spacing w:before="140" w:after="80"/>
        <w:ind w:left="426"/>
      </w:pPr>
      <w:r>
        <w:rPr>
          <w:b/>
          <w:color w:val="17365D"/>
          <w:sz w:val="23"/>
        </w:rPr>
        <w:t>2. DATE PROFESIONALE ȘI ACADEMICE</w:t>
      </w:r>
    </w:p>
    <w:tbl>
      <w:tblPr>
        <w:tblW w:w="9851" w:type="dxa"/>
        <w:jc w:val="center"/>
        <w:tblBorders>
          <w:insideH w:val="single" w:sz="4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3031"/>
        <w:gridCol w:w="6820"/>
      </w:tblGrid>
      <w:tr w:rsidR="008A1A99" w14:paraId="0C54665B" w14:textId="77777777" w:rsidTr="00A30892">
        <w:trPr>
          <w:trHeight w:val="632"/>
          <w:jc w:val="center"/>
        </w:trPr>
        <w:tc>
          <w:tcPr>
            <w:tcW w:w="3031" w:type="dxa"/>
            <w:tcBorders>
              <w:top w:val="single" w:sz="4" w:space="0" w:color="4F81BD"/>
              <w:bottom w:val="single" w:sz="4" w:space="0" w:color="4F81BD"/>
            </w:tcBorders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EB35E8" w14:textId="493B8080" w:rsidR="008A1A99" w:rsidRDefault="00000000">
            <w:pPr>
              <w:spacing w:after="0"/>
            </w:pPr>
            <w:proofErr w:type="spellStart"/>
            <w:r>
              <w:rPr>
                <w:b/>
                <w:color w:val="17365D"/>
                <w:sz w:val="18"/>
              </w:rPr>
              <w:t>Specialitatea</w:t>
            </w:r>
            <w:proofErr w:type="spellEnd"/>
            <w:r w:rsidR="00775347" w:rsidRPr="00775347">
              <w:rPr>
                <w:b/>
                <w:color w:val="17365D"/>
                <w:sz w:val="18"/>
              </w:rPr>
              <w:t xml:space="preserve">/ </w:t>
            </w:r>
            <w:proofErr w:type="spellStart"/>
            <w:r w:rsidR="00775347" w:rsidRPr="00775347">
              <w:rPr>
                <w:b/>
                <w:color w:val="17365D"/>
                <w:sz w:val="18"/>
              </w:rPr>
              <w:t>programul</w:t>
            </w:r>
            <w:proofErr w:type="spellEnd"/>
            <w:r w:rsidR="00775347" w:rsidRPr="00775347">
              <w:rPr>
                <w:b/>
                <w:color w:val="17365D"/>
                <w:sz w:val="18"/>
              </w:rPr>
              <w:t xml:space="preserve"> de </w:t>
            </w:r>
            <w:proofErr w:type="spellStart"/>
            <w:r w:rsidR="00775347" w:rsidRPr="00775347">
              <w:rPr>
                <w:b/>
                <w:color w:val="17365D"/>
                <w:sz w:val="18"/>
              </w:rPr>
              <w:t>studii</w:t>
            </w:r>
            <w:proofErr w:type="spellEnd"/>
          </w:p>
        </w:tc>
        <w:tc>
          <w:tcPr>
            <w:tcW w:w="6820" w:type="dxa"/>
            <w:tcBorders>
              <w:top w:val="single" w:sz="4" w:space="0" w:color="4F81BD"/>
              <w:bottom w:val="single" w:sz="4" w:space="0" w:color="4F81BD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7FEA82" w14:textId="757AB771" w:rsidR="008A1A99" w:rsidRPr="00107BCC" w:rsidRDefault="00775347">
            <w:pPr>
              <w:spacing w:after="0"/>
              <w:rPr>
                <w:color w:val="3D6AA1"/>
                <w:sz w:val="20"/>
                <w:szCs w:val="20"/>
              </w:rPr>
            </w:pPr>
            <w:proofErr w:type="spellStart"/>
            <w:r w:rsidRPr="00107BCC">
              <w:rPr>
                <w:color w:val="3D6AA1"/>
                <w:sz w:val="20"/>
                <w:szCs w:val="20"/>
              </w:rPr>
              <w:t>Denumirea</w:t>
            </w:r>
            <w:proofErr w:type="spellEnd"/>
            <w:r w:rsidRPr="00107BCC">
              <w:rPr>
                <w:color w:val="3D6AA1"/>
                <w:sz w:val="20"/>
                <w:szCs w:val="20"/>
              </w:rPr>
              <w:t xml:space="preserve"> </w:t>
            </w:r>
            <w:proofErr w:type="spellStart"/>
            <w:r w:rsidRPr="00107BCC">
              <w:rPr>
                <w:color w:val="3D6AA1"/>
                <w:sz w:val="20"/>
                <w:szCs w:val="20"/>
              </w:rPr>
              <w:t>completă</w:t>
            </w:r>
            <w:proofErr w:type="spellEnd"/>
            <w:r w:rsidRPr="00107BCC">
              <w:rPr>
                <w:color w:val="3D6AA1"/>
                <w:sz w:val="20"/>
                <w:szCs w:val="20"/>
              </w:rPr>
              <w:t xml:space="preserve"> a </w:t>
            </w:r>
            <w:proofErr w:type="spellStart"/>
            <w:r w:rsidRPr="00107BCC">
              <w:rPr>
                <w:color w:val="3D6AA1"/>
                <w:sz w:val="20"/>
                <w:szCs w:val="20"/>
              </w:rPr>
              <w:t>specialității</w:t>
            </w:r>
            <w:proofErr w:type="spellEnd"/>
            <w:r w:rsidRPr="00107BCC">
              <w:rPr>
                <w:color w:val="3D6AA1"/>
                <w:sz w:val="20"/>
                <w:szCs w:val="20"/>
              </w:rPr>
              <w:t xml:space="preserve">/ </w:t>
            </w:r>
            <w:proofErr w:type="spellStart"/>
            <w:r w:rsidRPr="00107BCC">
              <w:rPr>
                <w:color w:val="3D6AA1"/>
                <w:sz w:val="20"/>
                <w:szCs w:val="20"/>
              </w:rPr>
              <w:t>programului</w:t>
            </w:r>
            <w:proofErr w:type="spellEnd"/>
            <w:r w:rsidRPr="00107BCC">
              <w:rPr>
                <w:color w:val="3D6AA1"/>
                <w:sz w:val="20"/>
                <w:szCs w:val="20"/>
              </w:rPr>
              <w:t xml:space="preserve"> de </w:t>
            </w:r>
            <w:proofErr w:type="spellStart"/>
            <w:r w:rsidRPr="00107BCC">
              <w:rPr>
                <w:color w:val="3D6AA1"/>
                <w:sz w:val="20"/>
                <w:szCs w:val="20"/>
              </w:rPr>
              <w:t>studii</w:t>
            </w:r>
            <w:proofErr w:type="spellEnd"/>
          </w:p>
        </w:tc>
      </w:tr>
      <w:tr w:rsidR="00775347" w14:paraId="52A72C03" w14:textId="77777777" w:rsidTr="00A30892">
        <w:trPr>
          <w:trHeight w:val="686"/>
          <w:jc w:val="center"/>
        </w:trPr>
        <w:tc>
          <w:tcPr>
            <w:tcW w:w="3031" w:type="dxa"/>
            <w:tcBorders>
              <w:top w:val="single" w:sz="4" w:space="0" w:color="4F81BD"/>
            </w:tcBorders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F9D1D0" w14:textId="7C6F6781" w:rsidR="00775347" w:rsidRDefault="00775347" w:rsidP="00775347">
            <w:pPr>
              <w:spacing w:after="0"/>
              <w:rPr>
                <w:b/>
                <w:color w:val="17365D"/>
                <w:sz w:val="18"/>
              </w:rPr>
            </w:pPr>
            <w:proofErr w:type="spellStart"/>
            <w:r>
              <w:rPr>
                <w:b/>
                <w:color w:val="17365D"/>
                <w:sz w:val="18"/>
              </w:rPr>
              <w:t>Calificarea</w:t>
            </w:r>
            <w:proofErr w:type="spellEnd"/>
            <w:r>
              <w:rPr>
                <w:b/>
                <w:color w:val="17365D"/>
                <w:sz w:val="18"/>
              </w:rPr>
              <w:t xml:space="preserve"> </w:t>
            </w:r>
            <w:proofErr w:type="spellStart"/>
            <w:r>
              <w:rPr>
                <w:b/>
                <w:color w:val="17365D"/>
                <w:sz w:val="18"/>
              </w:rPr>
              <w:t>profesională</w:t>
            </w:r>
            <w:proofErr w:type="spellEnd"/>
          </w:p>
        </w:tc>
        <w:tc>
          <w:tcPr>
            <w:tcW w:w="6820" w:type="dxa"/>
            <w:tcBorders>
              <w:top w:val="single" w:sz="4" w:space="0" w:color="4F81BD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F2CCC9" w14:textId="256431BD" w:rsidR="00775347" w:rsidRPr="00107BCC" w:rsidRDefault="00775347" w:rsidP="00775347">
            <w:pPr>
              <w:spacing w:after="0"/>
              <w:rPr>
                <w:color w:val="3D6AA1"/>
                <w:sz w:val="20"/>
                <w:szCs w:val="20"/>
              </w:rPr>
            </w:pPr>
            <w:proofErr w:type="spellStart"/>
            <w:r w:rsidRPr="00107BCC">
              <w:rPr>
                <w:color w:val="3D6AA1"/>
                <w:sz w:val="20"/>
                <w:szCs w:val="20"/>
              </w:rPr>
              <w:t>Denumirea</w:t>
            </w:r>
            <w:proofErr w:type="spellEnd"/>
            <w:r w:rsidRPr="00107BCC">
              <w:rPr>
                <w:color w:val="3D6AA1"/>
                <w:sz w:val="20"/>
                <w:szCs w:val="20"/>
              </w:rPr>
              <w:t xml:space="preserve"> </w:t>
            </w:r>
            <w:proofErr w:type="spellStart"/>
            <w:r w:rsidRPr="00107BCC">
              <w:rPr>
                <w:color w:val="3D6AA1"/>
                <w:sz w:val="20"/>
                <w:szCs w:val="20"/>
              </w:rPr>
              <w:t>calificării</w:t>
            </w:r>
            <w:proofErr w:type="spellEnd"/>
            <w:r w:rsidRPr="00107BCC">
              <w:rPr>
                <w:color w:val="3D6AA1"/>
                <w:sz w:val="20"/>
                <w:szCs w:val="20"/>
              </w:rPr>
              <w:t xml:space="preserve"> </w:t>
            </w:r>
            <w:proofErr w:type="spellStart"/>
            <w:r w:rsidRPr="00107BCC">
              <w:rPr>
                <w:color w:val="3D6AA1"/>
                <w:sz w:val="20"/>
                <w:szCs w:val="20"/>
              </w:rPr>
              <w:t>înscrise</w:t>
            </w:r>
            <w:proofErr w:type="spellEnd"/>
            <w:r w:rsidRPr="00107BCC">
              <w:rPr>
                <w:color w:val="3D6AA1"/>
                <w:sz w:val="20"/>
                <w:szCs w:val="20"/>
              </w:rPr>
              <w:t xml:space="preserve"> </w:t>
            </w:r>
            <w:proofErr w:type="spellStart"/>
            <w:r w:rsidRPr="00107BCC">
              <w:rPr>
                <w:color w:val="3D6AA1"/>
                <w:sz w:val="20"/>
                <w:szCs w:val="20"/>
              </w:rPr>
              <w:t>în</w:t>
            </w:r>
            <w:proofErr w:type="spellEnd"/>
            <w:r w:rsidRPr="00107BCC">
              <w:rPr>
                <w:color w:val="3D6AA1"/>
                <w:sz w:val="20"/>
                <w:szCs w:val="20"/>
              </w:rPr>
              <w:t xml:space="preserve"> </w:t>
            </w:r>
            <w:proofErr w:type="spellStart"/>
            <w:r w:rsidRPr="00107BCC">
              <w:rPr>
                <w:color w:val="3D6AA1"/>
                <w:sz w:val="20"/>
                <w:szCs w:val="20"/>
              </w:rPr>
              <w:t>actul</w:t>
            </w:r>
            <w:proofErr w:type="spellEnd"/>
            <w:r w:rsidRPr="00107BCC">
              <w:rPr>
                <w:color w:val="3D6AA1"/>
                <w:sz w:val="20"/>
                <w:szCs w:val="20"/>
              </w:rPr>
              <w:t xml:space="preserve"> de </w:t>
            </w:r>
            <w:proofErr w:type="spellStart"/>
            <w:r w:rsidRPr="00107BCC">
              <w:rPr>
                <w:color w:val="3D6AA1"/>
                <w:sz w:val="20"/>
                <w:szCs w:val="20"/>
              </w:rPr>
              <w:t>studii</w:t>
            </w:r>
            <w:proofErr w:type="spellEnd"/>
          </w:p>
        </w:tc>
      </w:tr>
      <w:tr w:rsidR="008A1A99" w14:paraId="15F18A31" w14:textId="77777777" w:rsidTr="00B41A6B">
        <w:trPr>
          <w:jc w:val="center"/>
        </w:trPr>
        <w:tc>
          <w:tcPr>
            <w:tcW w:w="3031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E75E8B" w14:textId="5E7B4AED" w:rsidR="008A1A99" w:rsidRDefault="00CE56F7" w:rsidP="00706B3D">
            <w:pPr>
              <w:spacing w:after="0"/>
            </w:pPr>
            <w:proofErr w:type="spellStart"/>
            <w:r>
              <w:rPr>
                <w:b/>
                <w:color w:val="17365D"/>
                <w:sz w:val="18"/>
              </w:rPr>
              <w:t>Gradul</w:t>
            </w:r>
            <w:proofErr w:type="spellEnd"/>
            <w:r>
              <w:rPr>
                <w:b/>
                <w:color w:val="17365D"/>
                <w:sz w:val="18"/>
              </w:rPr>
              <w:t xml:space="preserve"> </w:t>
            </w:r>
            <w:proofErr w:type="spellStart"/>
            <w:r>
              <w:rPr>
                <w:b/>
                <w:color w:val="17365D"/>
                <w:sz w:val="18"/>
              </w:rPr>
              <w:t>științific</w:t>
            </w:r>
            <w:proofErr w:type="spellEnd"/>
            <w:r>
              <w:rPr>
                <w:b/>
                <w:color w:val="17365D"/>
                <w:sz w:val="18"/>
              </w:rPr>
              <w:t xml:space="preserve"> </w:t>
            </w:r>
            <w:r w:rsidRPr="00CE56F7">
              <w:rPr>
                <w:bCs/>
                <w:i/>
                <w:iCs/>
                <w:color w:val="17365D"/>
                <w:sz w:val="18"/>
              </w:rPr>
              <w:t>(</w:t>
            </w:r>
            <w:proofErr w:type="spellStart"/>
            <w:r w:rsidRPr="00CE56F7">
              <w:rPr>
                <w:bCs/>
                <w:i/>
                <w:iCs/>
                <w:color w:val="17365D"/>
                <w:sz w:val="18"/>
              </w:rPr>
              <w:t>după</w:t>
            </w:r>
            <w:proofErr w:type="spellEnd"/>
            <w:r w:rsidRPr="00CE56F7">
              <w:rPr>
                <w:bCs/>
                <w:i/>
                <w:iCs/>
                <w:color w:val="17365D"/>
                <w:sz w:val="18"/>
              </w:rPr>
              <w:t xml:space="preserve"> </w:t>
            </w:r>
            <w:proofErr w:type="spellStart"/>
            <w:r w:rsidRPr="00CE56F7">
              <w:rPr>
                <w:bCs/>
                <w:i/>
                <w:iCs/>
                <w:color w:val="17365D"/>
                <w:sz w:val="18"/>
              </w:rPr>
              <w:t>caz</w:t>
            </w:r>
            <w:proofErr w:type="spellEnd"/>
            <w:r w:rsidR="00706B3D">
              <w:rPr>
                <w:bCs/>
                <w:i/>
                <w:iCs/>
                <w:color w:val="17365D"/>
                <w:sz w:val="18"/>
              </w:rPr>
              <w:t xml:space="preserve">: </w:t>
            </w:r>
            <w:r w:rsidR="00706B3D" w:rsidRPr="00706B3D">
              <w:rPr>
                <w:bCs/>
                <w:i/>
                <w:iCs/>
                <w:color w:val="17365D"/>
                <w:sz w:val="18"/>
              </w:rPr>
              <w:t xml:space="preserve">doctor </w:t>
            </w:r>
            <w:proofErr w:type="spellStart"/>
            <w:r w:rsidR="00706B3D" w:rsidRPr="00706B3D">
              <w:rPr>
                <w:bCs/>
                <w:i/>
                <w:iCs/>
                <w:color w:val="17365D"/>
                <w:sz w:val="18"/>
              </w:rPr>
              <w:t>în</w:t>
            </w:r>
            <w:proofErr w:type="spellEnd"/>
            <w:r w:rsidR="00706B3D" w:rsidRPr="00706B3D">
              <w:rPr>
                <w:bCs/>
                <w:i/>
                <w:iCs/>
                <w:color w:val="17365D"/>
                <w:sz w:val="18"/>
              </w:rPr>
              <w:t xml:space="preserve"> </w:t>
            </w:r>
            <w:proofErr w:type="spellStart"/>
            <w:r w:rsidR="00706B3D" w:rsidRPr="00706B3D">
              <w:rPr>
                <w:bCs/>
                <w:i/>
                <w:iCs/>
                <w:color w:val="17365D"/>
                <w:sz w:val="18"/>
              </w:rPr>
              <w:t>științe</w:t>
            </w:r>
            <w:proofErr w:type="spellEnd"/>
            <w:r w:rsidR="00706B3D">
              <w:rPr>
                <w:bCs/>
                <w:i/>
                <w:iCs/>
                <w:color w:val="17365D"/>
                <w:sz w:val="18"/>
              </w:rPr>
              <w:t xml:space="preserve">/ </w:t>
            </w:r>
            <w:r w:rsidR="00706B3D" w:rsidRPr="00706B3D">
              <w:rPr>
                <w:bCs/>
                <w:i/>
                <w:iCs/>
                <w:color w:val="17365D"/>
                <w:sz w:val="18"/>
              </w:rPr>
              <w:t xml:space="preserve">doctor </w:t>
            </w:r>
            <w:proofErr w:type="spellStart"/>
            <w:r w:rsidR="00706B3D" w:rsidRPr="00706B3D">
              <w:rPr>
                <w:bCs/>
                <w:i/>
                <w:iCs/>
                <w:color w:val="17365D"/>
                <w:sz w:val="18"/>
              </w:rPr>
              <w:t>habilitat</w:t>
            </w:r>
            <w:proofErr w:type="spellEnd"/>
            <w:r w:rsidR="00706B3D" w:rsidRPr="00706B3D">
              <w:rPr>
                <w:bCs/>
                <w:i/>
                <w:iCs/>
                <w:color w:val="17365D"/>
                <w:sz w:val="18"/>
              </w:rPr>
              <w:t xml:space="preserve"> </w:t>
            </w:r>
            <w:proofErr w:type="spellStart"/>
            <w:r w:rsidR="00706B3D" w:rsidRPr="00706B3D">
              <w:rPr>
                <w:bCs/>
                <w:i/>
                <w:iCs/>
                <w:color w:val="17365D"/>
                <w:sz w:val="18"/>
              </w:rPr>
              <w:t>în</w:t>
            </w:r>
            <w:proofErr w:type="spellEnd"/>
            <w:r w:rsidR="00706B3D" w:rsidRPr="00706B3D">
              <w:rPr>
                <w:bCs/>
                <w:i/>
                <w:iCs/>
                <w:color w:val="17365D"/>
                <w:sz w:val="18"/>
              </w:rPr>
              <w:t xml:space="preserve"> </w:t>
            </w:r>
            <w:proofErr w:type="spellStart"/>
            <w:r w:rsidR="00706B3D" w:rsidRPr="00706B3D">
              <w:rPr>
                <w:bCs/>
                <w:i/>
                <w:iCs/>
                <w:color w:val="17365D"/>
                <w:sz w:val="18"/>
              </w:rPr>
              <w:t>știi</w:t>
            </w:r>
            <w:r w:rsidR="00706B3D">
              <w:rPr>
                <w:bCs/>
                <w:i/>
                <w:iCs/>
                <w:color w:val="17365D"/>
                <w:sz w:val="18"/>
              </w:rPr>
              <w:t>țe</w:t>
            </w:r>
            <w:proofErr w:type="spellEnd"/>
            <w:r w:rsidR="00706B3D">
              <w:rPr>
                <w:bCs/>
                <w:i/>
                <w:iCs/>
                <w:color w:val="17365D"/>
                <w:sz w:val="18"/>
              </w:rPr>
              <w:t>/</w:t>
            </w:r>
            <w:r w:rsidR="00706B3D">
              <w:t xml:space="preserve"> </w:t>
            </w:r>
            <w:r w:rsidR="00706B3D" w:rsidRPr="00706B3D">
              <w:rPr>
                <w:bCs/>
                <w:i/>
                <w:iCs/>
                <w:color w:val="17365D"/>
                <w:sz w:val="18"/>
              </w:rPr>
              <w:t xml:space="preserve">nu </w:t>
            </w:r>
            <w:r w:rsidR="00706B3D">
              <w:rPr>
                <w:bCs/>
                <w:i/>
                <w:iCs/>
                <w:color w:val="17365D"/>
                <w:sz w:val="18"/>
              </w:rPr>
              <w:t xml:space="preserve">se </w:t>
            </w:r>
            <w:proofErr w:type="spellStart"/>
            <w:r w:rsidR="00706B3D" w:rsidRPr="00706B3D">
              <w:rPr>
                <w:bCs/>
                <w:i/>
                <w:iCs/>
                <w:color w:val="17365D"/>
                <w:sz w:val="18"/>
              </w:rPr>
              <w:t>deține</w:t>
            </w:r>
            <w:proofErr w:type="spellEnd"/>
            <w:r w:rsidRPr="00CE56F7">
              <w:rPr>
                <w:bCs/>
                <w:i/>
                <w:iCs/>
                <w:color w:val="17365D"/>
                <w:sz w:val="18"/>
              </w:rPr>
              <w:t>)</w:t>
            </w:r>
          </w:p>
        </w:tc>
        <w:tc>
          <w:tcPr>
            <w:tcW w:w="68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22B7C9" w14:textId="6008BA0B" w:rsidR="008A1A99" w:rsidRPr="00107BCC" w:rsidRDefault="00775347">
            <w:pPr>
              <w:spacing w:after="0"/>
              <w:rPr>
                <w:color w:val="3D6AA1"/>
                <w:sz w:val="20"/>
                <w:szCs w:val="20"/>
              </w:rPr>
            </w:pPr>
            <w:proofErr w:type="spellStart"/>
            <w:r w:rsidRPr="00107BCC">
              <w:rPr>
                <w:color w:val="3D6AA1"/>
                <w:sz w:val="20"/>
                <w:szCs w:val="20"/>
              </w:rPr>
              <w:t>Denumirea</w:t>
            </w:r>
            <w:proofErr w:type="spellEnd"/>
            <w:r w:rsidRPr="00107BCC">
              <w:rPr>
                <w:color w:val="3D6AA1"/>
                <w:sz w:val="20"/>
                <w:szCs w:val="20"/>
              </w:rPr>
              <w:t xml:space="preserve"> </w:t>
            </w:r>
            <w:proofErr w:type="spellStart"/>
            <w:r w:rsidRPr="00107BCC">
              <w:rPr>
                <w:color w:val="3D6AA1"/>
                <w:sz w:val="20"/>
                <w:szCs w:val="20"/>
              </w:rPr>
              <w:t>și</w:t>
            </w:r>
            <w:proofErr w:type="spellEnd"/>
            <w:r w:rsidRPr="00107BCC">
              <w:rPr>
                <w:color w:val="3D6AA1"/>
                <w:sz w:val="20"/>
                <w:szCs w:val="20"/>
              </w:rPr>
              <w:t xml:space="preserve"> </w:t>
            </w:r>
            <w:proofErr w:type="spellStart"/>
            <w:r w:rsidRPr="00107BCC">
              <w:rPr>
                <w:color w:val="3D6AA1"/>
                <w:sz w:val="20"/>
                <w:szCs w:val="20"/>
              </w:rPr>
              <w:t>anul</w:t>
            </w:r>
            <w:proofErr w:type="spellEnd"/>
            <w:r w:rsidRPr="00107BCC">
              <w:rPr>
                <w:color w:val="3D6AA1"/>
                <w:sz w:val="20"/>
                <w:szCs w:val="20"/>
              </w:rPr>
              <w:t xml:space="preserve"> </w:t>
            </w:r>
            <w:proofErr w:type="spellStart"/>
            <w:r w:rsidRPr="00107BCC">
              <w:rPr>
                <w:color w:val="3D6AA1"/>
                <w:sz w:val="20"/>
                <w:szCs w:val="20"/>
              </w:rPr>
              <w:t>conferirii</w:t>
            </w:r>
            <w:proofErr w:type="spellEnd"/>
          </w:p>
        </w:tc>
      </w:tr>
      <w:tr w:rsidR="008A1A99" w14:paraId="79D82535" w14:textId="77777777" w:rsidTr="00B41A6B">
        <w:trPr>
          <w:jc w:val="center"/>
        </w:trPr>
        <w:tc>
          <w:tcPr>
            <w:tcW w:w="3031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B9A2DB" w14:textId="77777777" w:rsidR="00CE56F7" w:rsidRDefault="00000000">
            <w:pPr>
              <w:spacing w:after="0"/>
              <w:rPr>
                <w:b/>
                <w:color w:val="17365D"/>
                <w:sz w:val="18"/>
              </w:rPr>
            </w:pPr>
            <w:proofErr w:type="spellStart"/>
            <w:r>
              <w:rPr>
                <w:b/>
                <w:color w:val="17365D"/>
                <w:sz w:val="18"/>
              </w:rPr>
              <w:t>Titlul</w:t>
            </w:r>
            <w:proofErr w:type="spellEnd"/>
            <w:r>
              <w:rPr>
                <w:b/>
                <w:color w:val="17365D"/>
                <w:sz w:val="18"/>
              </w:rPr>
              <w:t xml:space="preserve"> </w:t>
            </w:r>
            <w:proofErr w:type="spellStart"/>
            <w:r>
              <w:rPr>
                <w:b/>
                <w:color w:val="17365D"/>
                <w:sz w:val="18"/>
              </w:rPr>
              <w:t>științifico</w:t>
            </w:r>
            <w:proofErr w:type="spellEnd"/>
            <w:r w:rsidRPr="00CE56F7">
              <w:rPr>
                <w:b/>
                <w:color w:val="17365D"/>
                <w:sz w:val="18"/>
              </w:rPr>
              <w:t>-didactic</w:t>
            </w:r>
          </w:p>
          <w:p w14:paraId="6E4F2A21" w14:textId="5E246AB0" w:rsidR="008A1A99" w:rsidRDefault="00000000">
            <w:pPr>
              <w:spacing w:after="0"/>
            </w:pPr>
            <w:r w:rsidRPr="00CE56F7">
              <w:rPr>
                <w:bCs/>
                <w:i/>
                <w:iCs/>
                <w:color w:val="17365D"/>
                <w:sz w:val="18"/>
              </w:rPr>
              <w:t>(</w:t>
            </w:r>
            <w:proofErr w:type="spellStart"/>
            <w:r w:rsidRPr="00CE56F7">
              <w:rPr>
                <w:bCs/>
                <w:i/>
                <w:iCs/>
                <w:color w:val="17365D"/>
                <w:sz w:val="18"/>
              </w:rPr>
              <w:t>după</w:t>
            </w:r>
            <w:proofErr w:type="spellEnd"/>
            <w:r w:rsidRPr="00CE56F7">
              <w:rPr>
                <w:bCs/>
                <w:i/>
                <w:iCs/>
                <w:color w:val="17365D"/>
                <w:sz w:val="18"/>
              </w:rPr>
              <w:t xml:space="preserve"> </w:t>
            </w:r>
            <w:proofErr w:type="spellStart"/>
            <w:r w:rsidRPr="00CE56F7">
              <w:rPr>
                <w:bCs/>
                <w:i/>
                <w:iCs/>
                <w:color w:val="17365D"/>
                <w:sz w:val="18"/>
              </w:rPr>
              <w:t>caz</w:t>
            </w:r>
            <w:proofErr w:type="spellEnd"/>
            <w:r w:rsidR="00706B3D">
              <w:rPr>
                <w:bCs/>
                <w:i/>
                <w:iCs/>
                <w:color w:val="17365D"/>
                <w:sz w:val="18"/>
              </w:rPr>
              <w:t xml:space="preserve">: </w:t>
            </w:r>
            <w:proofErr w:type="spellStart"/>
            <w:r w:rsidR="00706B3D" w:rsidRPr="00706B3D">
              <w:rPr>
                <w:bCs/>
                <w:i/>
                <w:iCs/>
                <w:color w:val="17365D"/>
                <w:sz w:val="18"/>
              </w:rPr>
              <w:t>conferențiar</w:t>
            </w:r>
            <w:proofErr w:type="spellEnd"/>
            <w:r w:rsidR="00706B3D" w:rsidRPr="00706B3D">
              <w:rPr>
                <w:bCs/>
                <w:i/>
                <w:iCs/>
                <w:color w:val="17365D"/>
                <w:sz w:val="18"/>
              </w:rPr>
              <w:t xml:space="preserve"> univ</w:t>
            </w:r>
            <w:r w:rsidR="00706B3D">
              <w:rPr>
                <w:bCs/>
                <w:i/>
                <w:iCs/>
                <w:color w:val="17365D"/>
                <w:sz w:val="18"/>
              </w:rPr>
              <w:t xml:space="preserve">./ </w:t>
            </w:r>
            <w:proofErr w:type="spellStart"/>
            <w:r w:rsidR="00706B3D" w:rsidRPr="00706B3D">
              <w:rPr>
                <w:bCs/>
                <w:i/>
                <w:iCs/>
                <w:color w:val="17365D"/>
                <w:sz w:val="18"/>
              </w:rPr>
              <w:t>profesor</w:t>
            </w:r>
            <w:proofErr w:type="spellEnd"/>
            <w:r w:rsidR="00706B3D" w:rsidRPr="00706B3D">
              <w:rPr>
                <w:bCs/>
                <w:i/>
                <w:iCs/>
                <w:color w:val="17365D"/>
                <w:sz w:val="18"/>
              </w:rPr>
              <w:t xml:space="preserve"> univ</w:t>
            </w:r>
            <w:r w:rsidR="00706B3D">
              <w:rPr>
                <w:bCs/>
                <w:i/>
                <w:iCs/>
                <w:color w:val="17365D"/>
                <w:sz w:val="18"/>
              </w:rPr>
              <w:t xml:space="preserve">./ </w:t>
            </w:r>
            <w:proofErr w:type="spellStart"/>
            <w:r w:rsidR="00706B3D" w:rsidRPr="00706B3D">
              <w:rPr>
                <w:bCs/>
                <w:i/>
                <w:iCs/>
                <w:color w:val="17365D"/>
                <w:sz w:val="18"/>
              </w:rPr>
              <w:t>altul</w:t>
            </w:r>
            <w:proofErr w:type="spellEnd"/>
            <w:r w:rsidR="00706B3D">
              <w:rPr>
                <w:bCs/>
                <w:i/>
                <w:iCs/>
                <w:color w:val="17365D"/>
                <w:sz w:val="18"/>
              </w:rPr>
              <w:t xml:space="preserve">/ </w:t>
            </w:r>
            <w:r w:rsidR="00706B3D" w:rsidRPr="00706B3D">
              <w:rPr>
                <w:bCs/>
                <w:i/>
                <w:iCs/>
                <w:color w:val="17365D"/>
                <w:sz w:val="18"/>
              </w:rPr>
              <w:t xml:space="preserve">nu </w:t>
            </w:r>
            <w:r w:rsidR="00706B3D">
              <w:rPr>
                <w:bCs/>
                <w:i/>
                <w:iCs/>
                <w:color w:val="17365D"/>
                <w:sz w:val="18"/>
              </w:rPr>
              <w:t xml:space="preserve">se </w:t>
            </w:r>
            <w:proofErr w:type="spellStart"/>
            <w:r w:rsidR="00706B3D" w:rsidRPr="00706B3D">
              <w:rPr>
                <w:bCs/>
                <w:i/>
                <w:iCs/>
                <w:color w:val="17365D"/>
                <w:sz w:val="18"/>
              </w:rPr>
              <w:t>deține</w:t>
            </w:r>
            <w:proofErr w:type="spellEnd"/>
            <w:r w:rsidRPr="00CE56F7">
              <w:rPr>
                <w:bCs/>
                <w:i/>
                <w:iCs/>
                <w:color w:val="17365D"/>
                <w:sz w:val="18"/>
              </w:rPr>
              <w:t>)</w:t>
            </w:r>
          </w:p>
        </w:tc>
        <w:tc>
          <w:tcPr>
            <w:tcW w:w="68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1013E5" w14:textId="10065F37" w:rsidR="008A1A99" w:rsidRPr="00107BCC" w:rsidRDefault="00000000">
            <w:pPr>
              <w:spacing w:after="0"/>
              <w:rPr>
                <w:color w:val="3D6AA1"/>
                <w:sz w:val="20"/>
                <w:szCs w:val="20"/>
              </w:rPr>
            </w:pPr>
            <w:proofErr w:type="spellStart"/>
            <w:r w:rsidRPr="00107BCC">
              <w:rPr>
                <w:color w:val="3D6AA1"/>
                <w:sz w:val="20"/>
                <w:szCs w:val="20"/>
              </w:rPr>
              <w:t>Denumirea</w:t>
            </w:r>
            <w:proofErr w:type="spellEnd"/>
            <w:r w:rsidRPr="00107BCC">
              <w:rPr>
                <w:color w:val="3D6AA1"/>
                <w:sz w:val="20"/>
                <w:szCs w:val="20"/>
              </w:rPr>
              <w:t xml:space="preserve"> </w:t>
            </w:r>
            <w:proofErr w:type="spellStart"/>
            <w:r w:rsidRPr="00107BCC">
              <w:rPr>
                <w:color w:val="3D6AA1"/>
                <w:sz w:val="20"/>
                <w:szCs w:val="20"/>
              </w:rPr>
              <w:t>și</w:t>
            </w:r>
            <w:proofErr w:type="spellEnd"/>
            <w:r w:rsidRPr="00107BCC">
              <w:rPr>
                <w:color w:val="3D6AA1"/>
                <w:sz w:val="20"/>
                <w:szCs w:val="20"/>
              </w:rPr>
              <w:t xml:space="preserve"> </w:t>
            </w:r>
            <w:proofErr w:type="spellStart"/>
            <w:r w:rsidRPr="00107BCC">
              <w:rPr>
                <w:color w:val="3D6AA1"/>
                <w:sz w:val="20"/>
                <w:szCs w:val="20"/>
              </w:rPr>
              <w:t>anul</w:t>
            </w:r>
            <w:proofErr w:type="spellEnd"/>
            <w:r w:rsidRPr="00107BCC">
              <w:rPr>
                <w:color w:val="3D6AA1"/>
                <w:sz w:val="20"/>
                <w:szCs w:val="20"/>
              </w:rPr>
              <w:t xml:space="preserve"> </w:t>
            </w:r>
            <w:proofErr w:type="spellStart"/>
            <w:r w:rsidRPr="00107BCC">
              <w:rPr>
                <w:color w:val="3D6AA1"/>
                <w:sz w:val="20"/>
                <w:szCs w:val="20"/>
              </w:rPr>
              <w:t>conferirii</w:t>
            </w:r>
            <w:proofErr w:type="spellEnd"/>
          </w:p>
        </w:tc>
      </w:tr>
      <w:tr w:rsidR="008A1A99" w14:paraId="7CAD537F" w14:textId="77777777" w:rsidTr="00A30892">
        <w:trPr>
          <w:trHeight w:val="620"/>
          <w:jc w:val="center"/>
        </w:trPr>
        <w:tc>
          <w:tcPr>
            <w:tcW w:w="3031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186D8B" w14:textId="68BDEF16" w:rsidR="008A1A99" w:rsidRDefault="00000000">
            <w:pPr>
              <w:spacing w:after="0"/>
            </w:pPr>
            <w:proofErr w:type="spellStart"/>
            <w:r>
              <w:rPr>
                <w:b/>
                <w:color w:val="17365D"/>
                <w:sz w:val="18"/>
              </w:rPr>
              <w:t>Instituția</w:t>
            </w:r>
            <w:proofErr w:type="spellEnd"/>
            <w:r>
              <w:rPr>
                <w:b/>
                <w:color w:val="17365D"/>
                <w:sz w:val="18"/>
              </w:rPr>
              <w:t xml:space="preserve">/ </w:t>
            </w:r>
            <w:proofErr w:type="spellStart"/>
            <w:r>
              <w:rPr>
                <w:b/>
                <w:color w:val="17365D"/>
                <w:sz w:val="18"/>
              </w:rPr>
              <w:t>organizația</w:t>
            </w:r>
            <w:proofErr w:type="spellEnd"/>
            <w:r>
              <w:rPr>
                <w:b/>
                <w:color w:val="17365D"/>
                <w:sz w:val="18"/>
              </w:rPr>
              <w:t xml:space="preserve"> de </w:t>
            </w:r>
            <w:proofErr w:type="spellStart"/>
            <w:r>
              <w:rPr>
                <w:b/>
                <w:color w:val="17365D"/>
                <w:sz w:val="18"/>
              </w:rPr>
              <w:t>bază</w:t>
            </w:r>
            <w:proofErr w:type="spellEnd"/>
          </w:p>
        </w:tc>
        <w:tc>
          <w:tcPr>
            <w:tcW w:w="68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2F611C" w14:textId="4E03CF79" w:rsidR="008A1A99" w:rsidRPr="00107BCC" w:rsidRDefault="00000000">
            <w:pPr>
              <w:spacing w:after="0"/>
              <w:rPr>
                <w:color w:val="3D6AA1"/>
                <w:sz w:val="20"/>
                <w:szCs w:val="20"/>
              </w:rPr>
            </w:pPr>
            <w:proofErr w:type="spellStart"/>
            <w:r w:rsidRPr="00107BCC">
              <w:rPr>
                <w:color w:val="3D6AA1"/>
                <w:sz w:val="20"/>
                <w:szCs w:val="20"/>
              </w:rPr>
              <w:t>Denumirea</w:t>
            </w:r>
            <w:proofErr w:type="spellEnd"/>
            <w:r w:rsidRPr="00107BCC">
              <w:rPr>
                <w:color w:val="3D6AA1"/>
                <w:sz w:val="20"/>
                <w:szCs w:val="20"/>
              </w:rPr>
              <w:t xml:space="preserve"> </w:t>
            </w:r>
            <w:proofErr w:type="spellStart"/>
            <w:r w:rsidRPr="00107BCC">
              <w:rPr>
                <w:color w:val="3D6AA1"/>
                <w:sz w:val="20"/>
                <w:szCs w:val="20"/>
              </w:rPr>
              <w:t>completă</w:t>
            </w:r>
            <w:proofErr w:type="spellEnd"/>
          </w:p>
        </w:tc>
      </w:tr>
      <w:tr w:rsidR="008A1A99" w14:paraId="45D49CCA" w14:textId="77777777" w:rsidTr="00DE1CD1">
        <w:trPr>
          <w:trHeight w:val="522"/>
          <w:jc w:val="center"/>
        </w:trPr>
        <w:tc>
          <w:tcPr>
            <w:tcW w:w="3031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6937A9" w14:textId="1945F2CA" w:rsidR="008A1A99" w:rsidRDefault="00000000">
            <w:pPr>
              <w:spacing w:after="0"/>
            </w:pPr>
            <w:proofErr w:type="spellStart"/>
            <w:r>
              <w:rPr>
                <w:b/>
                <w:color w:val="17365D"/>
                <w:sz w:val="18"/>
              </w:rPr>
              <w:t>Funcția</w:t>
            </w:r>
            <w:proofErr w:type="spellEnd"/>
          </w:p>
        </w:tc>
        <w:tc>
          <w:tcPr>
            <w:tcW w:w="68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890012" w14:textId="2AEB08EC" w:rsidR="008A1A99" w:rsidRPr="00107BCC" w:rsidRDefault="00000000">
            <w:pPr>
              <w:spacing w:after="0"/>
              <w:rPr>
                <w:color w:val="3D6AA1"/>
                <w:sz w:val="20"/>
                <w:szCs w:val="20"/>
              </w:rPr>
            </w:pPr>
            <w:r w:rsidRPr="00107BCC">
              <w:rPr>
                <w:color w:val="3D6AA1"/>
                <w:sz w:val="20"/>
                <w:szCs w:val="20"/>
              </w:rPr>
              <w:t xml:space="preserve"> </w:t>
            </w:r>
          </w:p>
        </w:tc>
      </w:tr>
      <w:tr w:rsidR="008A1A99" w14:paraId="2FC831AF" w14:textId="77777777" w:rsidTr="00A30892">
        <w:trPr>
          <w:trHeight w:val="688"/>
          <w:jc w:val="center"/>
        </w:trPr>
        <w:tc>
          <w:tcPr>
            <w:tcW w:w="3031" w:type="dxa"/>
            <w:tcBorders>
              <w:bottom w:val="single" w:sz="4" w:space="0" w:color="4F81BD"/>
            </w:tcBorders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8FBABE" w14:textId="6D68F3AD" w:rsidR="008A1A99" w:rsidRDefault="00000000">
            <w:pPr>
              <w:spacing w:after="0"/>
            </w:pPr>
            <w:r>
              <w:rPr>
                <w:b/>
                <w:color w:val="17365D"/>
                <w:sz w:val="18"/>
              </w:rPr>
              <w:t xml:space="preserve">Alte </w:t>
            </w:r>
            <w:proofErr w:type="spellStart"/>
            <w:r>
              <w:rPr>
                <w:b/>
                <w:color w:val="17365D"/>
                <w:sz w:val="18"/>
              </w:rPr>
              <w:t>activități</w:t>
            </w:r>
            <w:proofErr w:type="spellEnd"/>
            <w:r>
              <w:rPr>
                <w:b/>
                <w:color w:val="17365D"/>
                <w:sz w:val="18"/>
              </w:rPr>
              <w:t xml:space="preserve"> </w:t>
            </w:r>
            <w:proofErr w:type="spellStart"/>
            <w:r>
              <w:rPr>
                <w:b/>
                <w:color w:val="17365D"/>
                <w:sz w:val="18"/>
              </w:rPr>
              <w:t>profesionale</w:t>
            </w:r>
            <w:proofErr w:type="spellEnd"/>
            <w:r>
              <w:rPr>
                <w:b/>
                <w:color w:val="17365D"/>
                <w:sz w:val="18"/>
              </w:rPr>
              <w:t xml:space="preserve"> cumulate</w:t>
            </w:r>
            <w:r w:rsidR="0073308F">
              <w:rPr>
                <w:b/>
                <w:color w:val="17365D"/>
                <w:sz w:val="18"/>
              </w:rPr>
              <w:t xml:space="preserve"> </w:t>
            </w:r>
            <w:r w:rsidR="0073308F" w:rsidRPr="00CE56F7">
              <w:rPr>
                <w:bCs/>
                <w:i/>
                <w:iCs/>
                <w:color w:val="17365D"/>
                <w:sz w:val="18"/>
              </w:rPr>
              <w:t>(</w:t>
            </w:r>
            <w:proofErr w:type="spellStart"/>
            <w:r w:rsidR="0073308F" w:rsidRPr="00CE56F7">
              <w:rPr>
                <w:bCs/>
                <w:i/>
                <w:iCs/>
                <w:color w:val="17365D"/>
                <w:sz w:val="18"/>
              </w:rPr>
              <w:t>după</w:t>
            </w:r>
            <w:proofErr w:type="spellEnd"/>
            <w:r w:rsidR="0073308F" w:rsidRPr="00CE56F7">
              <w:rPr>
                <w:bCs/>
                <w:i/>
                <w:iCs/>
                <w:color w:val="17365D"/>
                <w:sz w:val="18"/>
              </w:rPr>
              <w:t xml:space="preserve"> </w:t>
            </w:r>
            <w:proofErr w:type="spellStart"/>
            <w:r w:rsidR="0073308F" w:rsidRPr="00CE56F7">
              <w:rPr>
                <w:bCs/>
                <w:i/>
                <w:iCs/>
                <w:color w:val="17365D"/>
                <w:sz w:val="18"/>
              </w:rPr>
              <w:t>caz</w:t>
            </w:r>
            <w:proofErr w:type="spellEnd"/>
            <w:r w:rsidR="0073308F" w:rsidRPr="00CE56F7">
              <w:rPr>
                <w:bCs/>
                <w:i/>
                <w:iCs/>
                <w:color w:val="17365D"/>
                <w:sz w:val="18"/>
              </w:rPr>
              <w:t>)</w:t>
            </w:r>
          </w:p>
        </w:tc>
        <w:tc>
          <w:tcPr>
            <w:tcW w:w="6820" w:type="dxa"/>
            <w:tcBorders>
              <w:bottom w:val="single" w:sz="4" w:space="0" w:color="4F81BD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FBB7D6" w14:textId="19E1DA31" w:rsidR="008A1A99" w:rsidRPr="00107BCC" w:rsidRDefault="00000000">
            <w:pPr>
              <w:spacing w:after="0"/>
              <w:rPr>
                <w:color w:val="3D6AA1"/>
                <w:sz w:val="20"/>
                <w:szCs w:val="20"/>
              </w:rPr>
            </w:pPr>
            <w:proofErr w:type="spellStart"/>
            <w:r w:rsidRPr="00107BCC">
              <w:rPr>
                <w:color w:val="3D6AA1"/>
                <w:sz w:val="20"/>
                <w:szCs w:val="20"/>
              </w:rPr>
              <w:t>Instituția</w:t>
            </w:r>
            <w:proofErr w:type="spellEnd"/>
            <w:r w:rsidRPr="00107BCC">
              <w:rPr>
                <w:color w:val="3D6AA1"/>
                <w:sz w:val="20"/>
                <w:szCs w:val="20"/>
              </w:rPr>
              <w:t>/</w:t>
            </w:r>
            <w:r w:rsidR="00706B3D" w:rsidRPr="00107BCC">
              <w:rPr>
                <w:color w:val="3D6AA1"/>
                <w:sz w:val="20"/>
                <w:szCs w:val="20"/>
              </w:rPr>
              <w:t xml:space="preserve"> </w:t>
            </w:r>
            <w:proofErr w:type="spellStart"/>
            <w:r w:rsidRPr="00107BCC">
              <w:rPr>
                <w:color w:val="3D6AA1"/>
                <w:sz w:val="20"/>
                <w:szCs w:val="20"/>
              </w:rPr>
              <w:t>organizația</w:t>
            </w:r>
            <w:proofErr w:type="spellEnd"/>
            <w:r w:rsidRPr="00107BCC">
              <w:rPr>
                <w:color w:val="3D6AA1"/>
                <w:sz w:val="20"/>
                <w:szCs w:val="20"/>
              </w:rPr>
              <w:t xml:space="preserve"> </w:t>
            </w:r>
            <w:proofErr w:type="spellStart"/>
            <w:r w:rsidRPr="00107BCC">
              <w:rPr>
                <w:color w:val="3D6AA1"/>
                <w:sz w:val="20"/>
                <w:szCs w:val="20"/>
              </w:rPr>
              <w:t>și</w:t>
            </w:r>
            <w:proofErr w:type="spellEnd"/>
            <w:r w:rsidRPr="00107BCC">
              <w:rPr>
                <w:color w:val="3D6AA1"/>
                <w:sz w:val="20"/>
                <w:szCs w:val="20"/>
              </w:rPr>
              <w:t xml:space="preserve"> </w:t>
            </w:r>
            <w:proofErr w:type="spellStart"/>
            <w:r w:rsidRPr="00107BCC">
              <w:rPr>
                <w:color w:val="3D6AA1"/>
                <w:sz w:val="20"/>
                <w:szCs w:val="20"/>
              </w:rPr>
              <w:t>funcția</w:t>
            </w:r>
            <w:proofErr w:type="spellEnd"/>
            <w:r w:rsidR="005C00A8" w:rsidRPr="00107BCC">
              <w:rPr>
                <w:color w:val="3D6AA1"/>
                <w:sz w:val="20"/>
                <w:szCs w:val="20"/>
              </w:rPr>
              <w:t xml:space="preserve"> </w:t>
            </w:r>
            <w:proofErr w:type="spellStart"/>
            <w:r w:rsidR="005C00A8" w:rsidRPr="00107BCC">
              <w:rPr>
                <w:color w:val="3D6AA1"/>
                <w:sz w:val="20"/>
                <w:szCs w:val="20"/>
              </w:rPr>
              <w:t>deținută</w:t>
            </w:r>
            <w:proofErr w:type="spellEnd"/>
          </w:p>
        </w:tc>
      </w:tr>
    </w:tbl>
    <w:p w14:paraId="11C40ED6" w14:textId="77777777" w:rsidR="008A1A99" w:rsidRPr="00A30892" w:rsidRDefault="008A1A99">
      <w:pPr>
        <w:spacing w:after="20"/>
        <w:rPr>
          <w:sz w:val="24"/>
          <w:szCs w:val="24"/>
        </w:rPr>
      </w:pPr>
    </w:p>
    <w:p w14:paraId="2979D500" w14:textId="77777777" w:rsidR="008A1A99" w:rsidRDefault="00000000" w:rsidP="004B698B">
      <w:pPr>
        <w:spacing w:before="140" w:after="80"/>
        <w:ind w:left="284"/>
      </w:pPr>
      <w:r>
        <w:rPr>
          <w:b/>
          <w:color w:val="17365D"/>
          <w:sz w:val="23"/>
        </w:rPr>
        <w:lastRenderedPageBreak/>
        <w:t>3. DOMENII DE COMPETENȚĂ ȘI SPECIALIZARE</w:t>
      </w:r>
    </w:p>
    <w:tbl>
      <w:tblPr>
        <w:tblW w:w="0" w:type="auto"/>
        <w:jc w:val="center"/>
        <w:tblBorders>
          <w:top w:val="single" w:sz="4" w:space="0" w:color="4F81BD"/>
          <w:bottom w:val="single" w:sz="4" w:space="0" w:color="4F81BD"/>
          <w:insideH w:val="single" w:sz="4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3222"/>
        <w:gridCol w:w="6896"/>
      </w:tblGrid>
      <w:tr w:rsidR="008A1A99" w14:paraId="163C42DE" w14:textId="77777777" w:rsidTr="00B41A6B">
        <w:trPr>
          <w:jc w:val="center"/>
        </w:trPr>
        <w:tc>
          <w:tcPr>
            <w:tcW w:w="3222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ED2FC0" w14:textId="2B4DFA9E" w:rsidR="008A1A99" w:rsidRDefault="00B41A6B" w:rsidP="00B41A6B">
            <w:pPr>
              <w:spacing w:after="0"/>
              <w:ind w:right="-156"/>
            </w:pPr>
            <w:proofErr w:type="spellStart"/>
            <w:r w:rsidRPr="00B41A6B">
              <w:rPr>
                <w:b/>
                <w:color w:val="17365D"/>
                <w:sz w:val="18"/>
              </w:rPr>
              <w:t>Experienț</w:t>
            </w:r>
            <w:r w:rsidR="00944A54">
              <w:rPr>
                <w:b/>
                <w:color w:val="17365D"/>
                <w:sz w:val="18"/>
              </w:rPr>
              <w:t>ă</w:t>
            </w:r>
            <w:proofErr w:type="spellEnd"/>
            <w:r w:rsidRPr="00B41A6B">
              <w:rPr>
                <w:b/>
                <w:color w:val="17365D"/>
                <w:sz w:val="18"/>
              </w:rPr>
              <w:t xml:space="preserve"> </w:t>
            </w:r>
            <w:proofErr w:type="spellStart"/>
            <w:r w:rsidRPr="00B41A6B">
              <w:rPr>
                <w:b/>
                <w:color w:val="17365D"/>
                <w:sz w:val="18"/>
              </w:rPr>
              <w:t>în</w:t>
            </w:r>
            <w:proofErr w:type="spellEnd"/>
            <w:r w:rsidRPr="00B41A6B">
              <w:rPr>
                <w:b/>
                <w:color w:val="17365D"/>
                <w:sz w:val="18"/>
              </w:rPr>
              <w:t xml:space="preserve"> </w:t>
            </w:r>
            <w:proofErr w:type="spellStart"/>
            <w:r w:rsidRPr="00B41A6B">
              <w:rPr>
                <w:b/>
                <w:color w:val="17365D"/>
                <w:sz w:val="18"/>
              </w:rPr>
              <w:t>domeniile</w:t>
            </w:r>
            <w:proofErr w:type="spellEnd"/>
            <w:r w:rsidR="00000000">
              <w:rPr>
                <w:b/>
                <w:color w:val="17365D"/>
                <w:sz w:val="18"/>
              </w:rPr>
              <w:t xml:space="preserve"> de </w:t>
            </w:r>
            <w:proofErr w:type="spellStart"/>
            <w:r w:rsidR="00511818">
              <w:rPr>
                <w:b/>
                <w:color w:val="17365D"/>
                <w:sz w:val="18"/>
              </w:rPr>
              <w:t>preocupare</w:t>
            </w:r>
            <w:proofErr w:type="spellEnd"/>
            <w:r w:rsidR="00511818">
              <w:rPr>
                <w:b/>
                <w:color w:val="17365D"/>
                <w:sz w:val="18"/>
              </w:rPr>
              <w:t xml:space="preserve"> </w:t>
            </w:r>
            <w:proofErr w:type="spellStart"/>
            <w:r w:rsidR="00511818">
              <w:rPr>
                <w:b/>
                <w:color w:val="17365D"/>
                <w:sz w:val="18"/>
              </w:rPr>
              <w:t>științifică</w:t>
            </w:r>
            <w:proofErr w:type="spellEnd"/>
            <w:r w:rsidR="00000000">
              <w:rPr>
                <w:b/>
                <w:color w:val="17365D"/>
                <w:sz w:val="18"/>
              </w:rPr>
              <w:t>/</w:t>
            </w:r>
            <w:r>
              <w:rPr>
                <w:b/>
                <w:color w:val="17365D"/>
                <w:sz w:val="18"/>
              </w:rPr>
              <w:t xml:space="preserve"> </w:t>
            </w:r>
            <w:proofErr w:type="spellStart"/>
            <w:r w:rsidR="00511818">
              <w:rPr>
                <w:b/>
                <w:color w:val="17365D"/>
                <w:sz w:val="18"/>
              </w:rPr>
              <w:t>profesională</w:t>
            </w:r>
            <w:proofErr w:type="spellEnd"/>
          </w:p>
        </w:tc>
        <w:tc>
          <w:tcPr>
            <w:tcW w:w="68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4DAEEB" w14:textId="40E0624F" w:rsidR="008A1A99" w:rsidRPr="0045260D" w:rsidRDefault="00B41A6B">
            <w:pPr>
              <w:spacing w:after="0"/>
              <w:rPr>
                <w:color w:val="3D6AA1"/>
                <w:sz w:val="20"/>
                <w:szCs w:val="20"/>
              </w:rPr>
            </w:pPr>
            <w:proofErr w:type="spellStart"/>
            <w:r w:rsidRPr="00775347">
              <w:rPr>
                <w:color w:val="3D6AA1"/>
                <w:sz w:val="20"/>
                <w:szCs w:val="20"/>
              </w:rPr>
              <w:t>Număr</w:t>
            </w:r>
            <w:proofErr w:type="spellEnd"/>
            <w:r w:rsidRPr="00775347">
              <w:rPr>
                <w:color w:val="3D6AA1"/>
                <w:sz w:val="20"/>
                <w:szCs w:val="20"/>
              </w:rPr>
              <w:t xml:space="preserve"> de ani; </w:t>
            </w:r>
            <w:proofErr w:type="spellStart"/>
            <w:r w:rsidRPr="00775347">
              <w:rPr>
                <w:color w:val="3D6AA1"/>
                <w:sz w:val="20"/>
                <w:szCs w:val="20"/>
              </w:rPr>
              <w:t>domenii</w:t>
            </w:r>
            <w:proofErr w:type="spellEnd"/>
            <w:r w:rsidRPr="00775347">
              <w:rPr>
                <w:color w:val="3D6AA1"/>
                <w:sz w:val="20"/>
                <w:szCs w:val="20"/>
              </w:rPr>
              <w:t xml:space="preserve"> de </w:t>
            </w:r>
            <w:proofErr w:type="spellStart"/>
            <w:r w:rsidRPr="00775347">
              <w:rPr>
                <w:color w:val="3D6AA1"/>
                <w:sz w:val="20"/>
                <w:szCs w:val="20"/>
              </w:rPr>
              <w:t>activitate</w:t>
            </w:r>
            <w:proofErr w:type="spellEnd"/>
            <w:r w:rsidR="00575D14">
              <w:rPr>
                <w:color w:val="3D6AA1"/>
                <w:sz w:val="20"/>
                <w:szCs w:val="20"/>
              </w:rPr>
              <w:t xml:space="preserve">/ </w:t>
            </w:r>
            <w:proofErr w:type="spellStart"/>
            <w:r w:rsidR="00575D14" w:rsidRPr="0045260D">
              <w:rPr>
                <w:color w:val="3D6AA1"/>
                <w:sz w:val="20"/>
                <w:szCs w:val="20"/>
              </w:rPr>
              <w:t>în</w:t>
            </w:r>
            <w:proofErr w:type="spellEnd"/>
            <w:r w:rsidR="00575D14" w:rsidRPr="0045260D">
              <w:rPr>
                <w:color w:val="3D6AA1"/>
                <w:sz w:val="20"/>
                <w:szCs w:val="20"/>
              </w:rPr>
              <w:t xml:space="preserve"> care </w:t>
            </w:r>
            <w:proofErr w:type="spellStart"/>
            <w:r w:rsidR="00575D14" w:rsidRPr="0045260D">
              <w:rPr>
                <w:color w:val="3D6AA1"/>
                <w:sz w:val="20"/>
                <w:szCs w:val="20"/>
              </w:rPr>
              <w:t>puteți</w:t>
            </w:r>
            <w:proofErr w:type="spellEnd"/>
            <w:r w:rsidR="00575D14" w:rsidRPr="0045260D">
              <w:rPr>
                <w:color w:val="3D6AA1"/>
                <w:sz w:val="20"/>
                <w:szCs w:val="20"/>
              </w:rPr>
              <w:t xml:space="preserve"> </w:t>
            </w:r>
            <w:proofErr w:type="spellStart"/>
            <w:r w:rsidR="00575D14" w:rsidRPr="0045260D">
              <w:rPr>
                <w:color w:val="3D6AA1"/>
                <w:sz w:val="20"/>
                <w:szCs w:val="20"/>
              </w:rPr>
              <w:t>realiza</w:t>
            </w:r>
            <w:proofErr w:type="spellEnd"/>
            <w:r w:rsidR="00575D14" w:rsidRPr="0045260D">
              <w:rPr>
                <w:color w:val="3D6AA1"/>
                <w:sz w:val="20"/>
                <w:szCs w:val="20"/>
              </w:rPr>
              <w:t xml:space="preserve"> </w:t>
            </w:r>
            <w:proofErr w:type="spellStart"/>
            <w:r w:rsidR="00575D14" w:rsidRPr="0045260D">
              <w:rPr>
                <w:color w:val="3D6AA1"/>
                <w:sz w:val="20"/>
                <w:szCs w:val="20"/>
              </w:rPr>
              <w:t>expertiz</w:t>
            </w:r>
            <w:r w:rsidR="00575D14">
              <w:rPr>
                <w:color w:val="3D6AA1"/>
                <w:sz w:val="20"/>
                <w:szCs w:val="20"/>
              </w:rPr>
              <w:t>a</w:t>
            </w:r>
            <w:proofErr w:type="spellEnd"/>
            <w:r w:rsidR="00944A54">
              <w:rPr>
                <w:color w:val="3D6AA1"/>
                <w:sz w:val="20"/>
                <w:szCs w:val="20"/>
              </w:rPr>
              <w:t>,</w:t>
            </w:r>
            <w:r w:rsidRPr="0045260D">
              <w:rPr>
                <w:color w:val="3D6AA1"/>
                <w:sz w:val="20"/>
                <w:szCs w:val="20"/>
              </w:rPr>
              <w:t xml:space="preserve"> </w:t>
            </w:r>
            <w:r>
              <w:rPr>
                <w:color w:val="3D6AA1"/>
                <w:sz w:val="20"/>
                <w:szCs w:val="20"/>
              </w:rPr>
              <w:t>e</w:t>
            </w:r>
            <w:r w:rsidR="00000000" w:rsidRPr="0045260D">
              <w:rPr>
                <w:color w:val="3D6AA1"/>
                <w:sz w:val="20"/>
                <w:szCs w:val="20"/>
              </w:rPr>
              <w:t>numera</w:t>
            </w:r>
            <w:r>
              <w:rPr>
                <w:color w:val="3D6AA1"/>
                <w:sz w:val="20"/>
                <w:szCs w:val="20"/>
              </w:rPr>
              <w:t>te</w:t>
            </w:r>
            <w:r w:rsidR="00000000" w:rsidRPr="0045260D">
              <w:rPr>
                <w:color w:val="3D6AA1"/>
                <w:sz w:val="20"/>
                <w:szCs w:val="20"/>
              </w:rPr>
              <w:t xml:space="preserve"> </w:t>
            </w:r>
            <w:proofErr w:type="spellStart"/>
            <w:r w:rsidR="00000000" w:rsidRPr="0045260D">
              <w:rPr>
                <w:color w:val="3D6AA1"/>
                <w:sz w:val="20"/>
                <w:szCs w:val="20"/>
              </w:rPr>
              <w:t>în</w:t>
            </w:r>
            <w:proofErr w:type="spellEnd"/>
            <w:r w:rsidR="00000000" w:rsidRPr="0045260D">
              <w:rPr>
                <w:color w:val="3D6AA1"/>
                <w:sz w:val="20"/>
                <w:szCs w:val="20"/>
              </w:rPr>
              <w:t xml:space="preserve"> </w:t>
            </w:r>
            <w:proofErr w:type="spellStart"/>
            <w:r w:rsidR="00000000" w:rsidRPr="0045260D">
              <w:rPr>
                <w:color w:val="3D6AA1"/>
                <w:sz w:val="20"/>
                <w:szCs w:val="20"/>
              </w:rPr>
              <w:t>ordinea</w:t>
            </w:r>
            <w:proofErr w:type="spellEnd"/>
            <w:r w:rsidR="00000000" w:rsidRPr="0045260D">
              <w:rPr>
                <w:color w:val="3D6AA1"/>
                <w:sz w:val="20"/>
                <w:szCs w:val="20"/>
              </w:rPr>
              <w:t xml:space="preserve"> </w:t>
            </w:r>
            <w:proofErr w:type="spellStart"/>
            <w:r w:rsidR="00000000" w:rsidRPr="0045260D">
              <w:rPr>
                <w:color w:val="3D6AA1"/>
                <w:sz w:val="20"/>
                <w:szCs w:val="20"/>
              </w:rPr>
              <w:t>priorității</w:t>
            </w:r>
            <w:proofErr w:type="spellEnd"/>
          </w:p>
        </w:tc>
      </w:tr>
      <w:tr w:rsidR="008A1A99" w14:paraId="5734A3E5" w14:textId="77777777" w:rsidTr="00B41A6B">
        <w:trPr>
          <w:jc w:val="center"/>
        </w:trPr>
        <w:tc>
          <w:tcPr>
            <w:tcW w:w="3222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DDFBCB" w14:textId="555EF73B" w:rsidR="008A1A99" w:rsidRDefault="00000000">
            <w:pPr>
              <w:spacing w:after="0"/>
            </w:pPr>
            <w:r>
              <w:rPr>
                <w:b/>
                <w:color w:val="17365D"/>
                <w:sz w:val="18"/>
              </w:rPr>
              <w:t xml:space="preserve">Arii </w:t>
            </w:r>
            <w:proofErr w:type="spellStart"/>
            <w:r>
              <w:rPr>
                <w:b/>
                <w:color w:val="17365D"/>
                <w:sz w:val="18"/>
              </w:rPr>
              <w:t>tematice</w:t>
            </w:r>
            <w:proofErr w:type="spellEnd"/>
            <w:r>
              <w:rPr>
                <w:b/>
                <w:color w:val="17365D"/>
                <w:sz w:val="18"/>
              </w:rPr>
              <w:t xml:space="preserve">/ </w:t>
            </w:r>
            <w:proofErr w:type="spellStart"/>
            <w:r>
              <w:rPr>
                <w:b/>
                <w:color w:val="17365D"/>
                <w:sz w:val="18"/>
              </w:rPr>
              <w:t>cuvinte-cheie</w:t>
            </w:r>
            <w:proofErr w:type="spellEnd"/>
            <w:r>
              <w:rPr>
                <w:b/>
                <w:color w:val="17365D"/>
                <w:sz w:val="18"/>
              </w:rPr>
              <w:t xml:space="preserve"> de </w:t>
            </w:r>
            <w:proofErr w:type="spellStart"/>
            <w:r>
              <w:rPr>
                <w:b/>
                <w:color w:val="17365D"/>
                <w:sz w:val="18"/>
              </w:rPr>
              <w:t>expertiză</w:t>
            </w:r>
            <w:proofErr w:type="spellEnd"/>
          </w:p>
        </w:tc>
        <w:tc>
          <w:tcPr>
            <w:tcW w:w="68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11569C" w14:textId="3C58465A" w:rsidR="008A1A99" w:rsidRPr="0045260D" w:rsidRDefault="00000000">
            <w:pPr>
              <w:spacing w:after="0"/>
              <w:rPr>
                <w:color w:val="3D6AA1"/>
                <w:sz w:val="20"/>
                <w:szCs w:val="20"/>
              </w:rPr>
            </w:pPr>
            <w:proofErr w:type="spellStart"/>
            <w:r w:rsidRPr="0045260D">
              <w:rPr>
                <w:color w:val="3D6AA1"/>
                <w:sz w:val="20"/>
                <w:szCs w:val="20"/>
              </w:rPr>
              <w:t>Indicați</w:t>
            </w:r>
            <w:proofErr w:type="spellEnd"/>
            <w:r w:rsidRPr="0045260D">
              <w:rPr>
                <w:color w:val="3D6AA1"/>
                <w:sz w:val="20"/>
                <w:szCs w:val="20"/>
              </w:rPr>
              <w:t xml:space="preserve"> 5–1</w:t>
            </w:r>
            <w:r w:rsidR="00EC6A14">
              <w:rPr>
                <w:color w:val="3D6AA1"/>
                <w:sz w:val="20"/>
                <w:szCs w:val="20"/>
              </w:rPr>
              <w:t>5</w:t>
            </w:r>
            <w:r w:rsidRPr="0045260D">
              <w:rPr>
                <w:color w:val="3D6AA1"/>
                <w:sz w:val="20"/>
                <w:szCs w:val="20"/>
              </w:rPr>
              <w:t xml:space="preserve"> </w:t>
            </w:r>
            <w:proofErr w:type="spellStart"/>
            <w:r w:rsidRPr="0045260D">
              <w:rPr>
                <w:color w:val="3D6AA1"/>
                <w:sz w:val="20"/>
                <w:szCs w:val="20"/>
              </w:rPr>
              <w:t>termeni</w:t>
            </w:r>
            <w:proofErr w:type="spellEnd"/>
            <w:r w:rsidRPr="0045260D">
              <w:rPr>
                <w:color w:val="3D6AA1"/>
                <w:sz w:val="20"/>
                <w:szCs w:val="20"/>
              </w:rPr>
              <w:t xml:space="preserve"> care </w:t>
            </w:r>
            <w:proofErr w:type="spellStart"/>
            <w:r w:rsidRPr="0045260D">
              <w:rPr>
                <w:color w:val="3D6AA1"/>
                <w:sz w:val="20"/>
                <w:szCs w:val="20"/>
              </w:rPr>
              <w:t>descriu</w:t>
            </w:r>
            <w:proofErr w:type="spellEnd"/>
            <w:r w:rsidRPr="0045260D">
              <w:rPr>
                <w:color w:val="3D6AA1"/>
                <w:sz w:val="20"/>
                <w:szCs w:val="20"/>
              </w:rPr>
              <w:t xml:space="preserve"> </w:t>
            </w:r>
            <w:proofErr w:type="spellStart"/>
            <w:r w:rsidRPr="0045260D">
              <w:rPr>
                <w:color w:val="3D6AA1"/>
                <w:sz w:val="20"/>
                <w:szCs w:val="20"/>
              </w:rPr>
              <w:t>competențele</w:t>
            </w:r>
            <w:proofErr w:type="spellEnd"/>
            <w:r w:rsidRPr="0045260D">
              <w:rPr>
                <w:color w:val="3D6AA1"/>
                <w:sz w:val="20"/>
                <w:szCs w:val="20"/>
              </w:rPr>
              <w:t xml:space="preserve"> de </w:t>
            </w:r>
            <w:proofErr w:type="spellStart"/>
            <w:r w:rsidRPr="0045260D">
              <w:rPr>
                <w:color w:val="3D6AA1"/>
                <w:sz w:val="20"/>
                <w:szCs w:val="20"/>
              </w:rPr>
              <w:t>specialitate</w:t>
            </w:r>
            <w:proofErr w:type="spellEnd"/>
            <w:r w:rsidR="001373AB" w:rsidRPr="0045260D">
              <w:rPr>
                <w:color w:val="3D6AA1"/>
                <w:sz w:val="20"/>
                <w:szCs w:val="20"/>
              </w:rPr>
              <w:t>/</w:t>
            </w:r>
            <w:r w:rsidR="007A5E9D" w:rsidRPr="0045260D">
              <w:rPr>
                <w:color w:val="3D6AA1"/>
                <w:sz w:val="20"/>
                <w:szCs w:val="20"/>
              </w:rPr>
              <w:t xml:space="preserve"> </w:t>
            </w:r>
            <w:r w:rsidR="001373AB" w:rsidRPr="0045260D">
              <w:rPr>
                <w:color w:val="3D6AA1"/>
                <w:sz w:val="20"/>
                <w:szCs w:val="20"/>
              </w:rPr>
              <w:t xml:space="preserve">aria </w:t>
            </w:r>
            <w:proofErr w:type="spellStart"/>
            <w:r w:rsidR="001373AB" w:rsidRPr="0045260D">
              <w:rPr>
                <w:color w:val="3D6AA1"/>
                <w:sz w:val="20"/>
                <w:szCs w:val="20"/>
              </w:rPr>
              <w:t>preocupărilor</w:t>
            </w:r>
            <w:proofErr w:type="spellEnd"/>
            <w:r w:rsidR="001373AB" w:rsidRPr="0045260D">
              <w:rPr>
                <w:color w:val="3D6AA1"/>
                <w:sz w:val="20"/>
                <w:szCs w:val="20"/>
              </w:rPr>
              <w:t xml:space="preserve"> </w:t>
            </w:r>
            <w:proofErr w:type="spellStart"/>
            <w:r w:rsidR="001373AB" w:rsidRPr="0045260D">
              <w:rPr>
                <w:color w:val="3D6AA1"/>
                <w:sz w:val="20"/>
                <w:szCs w:val="20"/>
              </w:rPr>
              <w:t>științifi</w:t>
            </w:r>
            <w:r w:rsidR="007A5E9D" w:rsidRPr="0045260D">
              <w:rPr>
                <w:color w:val="3D6AA1"/>
                <w:sz w:val="20"/>
                <w:szCs w:val="20"/>
              </w:rPr>
              <w:t>c</w:t>
            </w:r>
            <w:r w:rsidR="001373AB" w:rsidRPr="0045260D">
              <w:rPr>
                <w:color w:val="3D6AA1"/>
                <w:sz w:val="20"/>
                <w:szCs w:val="20"/>
              </w:rPr>
              <w:t>e</w:t>
            </w:r>
            <w:proofErr w:type="spellEnd"/>
            <w:r w:rsidR="001373AB" w:rsidRPr="0045260D">
              <w:rPr>
                <w:color w:val="3D6AA1"/>
                <w:sz w:val="20"/>
                <w:szCs w:val="20"/>
              </w:rPr>
              <w:t>/</w:t>
            </w:r>
            <w:r w:rsidR="007A5E9D" w:rsidRPr="0045260D">
              <w:rPr>
                <w:color w:val="3D6AA1"/>
                <w:sz w:val="20"/>
                <w:szCs w:val="20"/>
              </w:rPr>
              <w:t xml:space="preserve"> </w:t>
            </w:r>
            <w:proofErr w:type="spellStart"/>
            <w:r w:rsidR="001373AB" w:rsidRPr="0045260D">
              <w:rPr>
                <w:color w:val="3D6AA1"/>
                <w:sz w:val="20"/>
                <w:szCs w:val="20"/>
              </w:rPr>
              <w:t>profesionale</w:t>
            </w:r>
            <w:proofErr w:type="spellEnd"/>
          </w:p>
        </w:tc>
      </w:tr>
    </w:tbl>
    <w:p w14:paraId="0CE721C8" w14:textId="77777777" w:rsidR="008A1A99" w:rsidRPr="00A30892" w:rsidRDefault="008A1A99">
      <w:pPr>
        <w:spacing w:after="20"/>
        <w:rPr>
          <w:sz w:val="24"/>
          <w:szCs w:val="24"/>
        </w:rPr>
      </w:pPr>
    </w:p>
    <w:p w14:paraId="1A079BB9" w14:textId="77777777" w:rsidR="008A1A99" w:rsidRDefault="00000000" w:rsidP="004B698B">
      <w:pPr>
        <w:spacing w:before="140" w:after="80"/>
        <w:ind w:left="284"/>
      </w:pPr>
      <w:r>
        <w:rPr>
          <w:b/>
          <w:color w:val="17365D"/>
          <w:sz w:val="23"/>
        </w:rPr>
        <w:t>4. EXPERIENȚĂ ȘI REALIZĂRI RELEVANTE PENTRU ACTIVITATEA DE EXPERT</w:t>
      </w:r>
    </w:p>
    <w:tbl>
      <w:tblPr>
        <w:tblW w:w="0" w:type="auto"/>
        <w:jc w:val="center"/>
        <w:tblBorders>
          <w:top w:val="single" w:sz="4" w:space="0" w:color="4F81BD"/>
          <w:bottom w:val="single" w:sz="4" w:space="0" w:color="4F81BD"/>
          <w:insideH w:val="single" w:sz="4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3056"/>
        <w:gridCol w:w="6845"/>
      </w:tblGrid>
      <w:tr w:rsidR="008A1A99" w14:paraId="052004F9" w14:textId="77777777" w:rsidTr="00A30892">
        <w:trPr>
          <w:trHeight w:val="766"/>
          <w:jc w:val="center"/>
        </w:trPr>
        <w:tc>
          <w:tcPr>
            <w:tcW w:w="3056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EDC62D" w14:textId="1A18B26F" w:rsidR="008A1A99" w:rsidRDefault="00000000">
            <w:pPr>
              <w:spacing w:after="0"/>
            </w:pPr>
            <w:proofErr w:type="spellStart"/>
            <w:r>
              <w:rPr>
                <w:b/>
                <w:color w:val="17365D"/>
                <w:sz w:val="18"/>
              </w:rPr>
              <w:t>Experiență</w:t>
            </w:r>
            <w:proofErr w:type="spellEnd"/>
            <w:r>
              <w:rPr>
                <w:b/>
                <w:color w:val="17365D"/>
                <w:sz w:val="18"/>
              </w:rPr>
              <w:t xml:space="preserve"> </w:t>
            </w:r>
            <w:proofErr w:type="spellStart"/>
            <w:r>
              <w:rPr>
                <w:b/>
                <w:color w:val="17365D"/>
                <w:sz w:val="18"/>
              </w:rPr>
              <w:t>în</w:t>
            </w:r>
            <w:proofErr w:type="spellEnd"/>
            <w:r>
              <w:rPr>
                <w:b/>
                <w:color w:val="17365D"/>
                <w:sz w:val="18"/>
              </w:rPr>
              <w:t xml:space="preserve"> </w:t>
            </w:r>
            <w:proofErr w:type="spellStart"/>
            <w:r>
              <w:rPr>
                <w:b/>
                <w:color w:val="17365D"/>
                <w:sz w:val="18"/>
              </w:rPr>
              <w:t>elaborarea</w:t>
            </w:r>
            <w:proofErr w:type="spellEnd"/>
            <w:r>
              <w:rPr>
                <w:b/>
                <w:color w:val="17365D"/>
                <w:sz w:val="18"/>
              </w:rPr>
              <w:t xml:space="preserve"> </w:t>
            </w:r>
            <w:proofErr w:type="spellStart"/>
            <w:r>
              <w:rPr>
                <w:b/>
                <w:color w:val="17365D"/>
                <w:sz w:val="18"/>
              </w:rPr>
              <w:t>și</w:t>
            </w:r>
            <w:proofErr w:type="spellEnd"/>
            <w:r>
              <w:rPr>
                <w:b/>
                <w:color w:val="17365D"/>
                <w:sz w:val="18"/>
              </w:rPr>
              <w:t>/</w:t>
            </w:r>
            <w:r w:rsidR="00AE1F31">
              <w:rPr>
                <w:b/>
                <w:color w:val="17365D"/>
                <w:sz w:val="18"/>
              </w:rPr>
              <w:t xml:space="preserve"> </w:t>
            </w:r>
            <w:proofErr w:type="spellStart"/>
            <w:r>
              <w:rPr>
                <w:b/>
                <w:color w:val="17365D"/>
                <w:sz w:val="18"/>
              </w:rPr>
              <w:t>sau</w:t>
            </w:r>
            <w:proofErr w:type="spellEnd"/>
            <w:r>
              <w:rPr>
                <w:b/>
                <w:color w:val="17365D"/>
                <w:sz w:val="18"/>
              </w:rPr>
              <w:t xml:space="preserve"> </w:t>
            </w:r>
            <w:proofErr w:type="spellStart"/>
            <w:r>
              <w:rPr>
                <w:b/>
                <w:color w:val="17365D"/>
                <w:sz w:val="18"/>
              </w:rPr>
              <w:t>participarea</w:t>
            </w:r>
            <w:proofErr w:type="spellEnd"/>
            <w:r>
              <w:rPr>
                <w:b/>
                <w:color w:val="17365D"/>
                <w:sz w:val="18"/>
              </w:rPr>
              <w:t xml:space="preserve"> la </w:t>
            </w:r>
            <w:proofErr w:type="spellStart"/>
            <w:r>
              <w:rPr>
                <w:b/>
                <w:color w:val="17365D"/>
                <w:sz w:val="18"/>
              </w:rPr>
              <w:t>proiecte</w:t>
            </w:r>
            <w:proofErr w:type="spellEnd"/>
          </w:p>
        </w:tc>
        <w:tc>
          <w:tcPr>
            <w:tcW w:w="684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D86824" w14:textId="196C6781" w:rsidR="008A1A99" w:rsidRPr="0045260D" w:rsidRDefault="00000000" w:rsidP="00C27A58">
            <w:pPr>
              <w:spacing w:after="0"/>
              <w:rPr>
                <w:color w:val="3D6AA1"/>
                <w:sz w:val="20"/>
                <w:szCs w:val="20"/>
              </w:rPr>
            </w:pPr>
            <w:proofErr w:type="spellStart"/>
            <w:r w:rsidRPr="0045260D">
              <w:rPr>
                <w:color w:val="3D6AA1"/>
                <w:sz w:val="20"/>
                <w:szCs w:val="20"/>
              </w:rPr>
              <w:t>Indicați</w:t>
            </w:r>
            <w:proofErr w:type="spellEnd"/>
            <w:r w:rsidRPr="0045260D">
              <w:rPr>
                <w:color w:val="3D6AA1"/>
                <w:sz w:val="20"/>
                <w:szCs w:val="20"/>
              </w:rPr>
              <w:t xml:space="preserve"> </w:t>
            </w:r>
            <w:proofErr w:type="spellStart"/>
            <w:r w:rsidRPr="0045260D">
              <w:rPr>
                <w:color w:val="3D6AA1"/>
                <w:sz w:val="20"/>
                <w:szCs w:val="20"/>
              </w:rPr>
              <w:t>proiectele</w:t>
            </w:r>
            <w:proofErr w:type="spellEnd"/>
            <w:r w:rsidRPr="0045260D">
              <w:rPr>
                <w:color w:val="3D6AA1"/>
                <w:sz w:val="20"/>
                <w:szCs w:val="20"/>
              </w:rPr>
              <w:t xml:space="preserve"> </w:t>
            </w:r>
            <w:proofErr w:type="spellStart"/>
            <w:r w:rsidRPr="0045260D">
              <w:rPr>
                <w:color w:val="3D6AA1"/>
                <w:sz w:val="20"/>
                <w:szCs w:val="20"/>
              </w:rPr>
              <w:t>relevante</w:t>
            </w:r>
            <w:proofErr w:type="spellEnd"/>
            <w:r w:rsidRPr="0045260D">
              <w:rPr>
                <w:color w:val="3D6AA1"/>
                <w:sz w:val="20"/>
                <w:szCs w:val="20"/>
              </w:rPr>
              <w:t xml:space="preserve">, </w:t>
            </w:r>
            <w:proofErr w:type="spellStart"/>
            <w:r w:rsidRPr="0045260D">
              <w:rPr>
                <w:color w:val="3D6AA1"/>
                <w:sz w:val="20"/>
                <w:szCs w:val="20"/>
              </w:rPr>
              <w:t>rolul</w:t>
            </w:r>
            <w:proofErr w:type="spellEnd"/>
            <w:r w:rsidRPr="0045260D">
              <w:rPr>
                <w:color w:val="3D6AA1"/>
                <w:sz w:val="20"/>
                <w:szCs w:val="20"/>
              </w:rPr>
              <w:t xml:space="preserve"> </w:t>
            </w:r>
            <w:proofErr w:type="spellStart"/>
            <w:r w:rsidRPr="0045260D">
              <w:rPr>
                <w:color w:val="3D6AA1"/>
                <w:sz w:val="20"/>
                <w:szCs w:val="20"/>
              </w:rPr>
              <w:t>deținut</w:t>
            </w:r>
            <w:proofErr w:type="spellEnd"/>
            <w:r w:rsidRPr="0045260D">
              <w:rPr>
                <w:color w:val="3D6AA1"/>
                <w:sz w:val="20"/>
                <w:szCs w:val="20"/>
              </w:rPr>
              <w:t xml:space="preserve"> </w:t>
            </w:r>
            <w:proofErr w:type="spellStart"/>
            <w:r w:rsidRPr="0045260D">
              <w:rPr>
                <w:color w:val="3D6AA1"/>
                <w:sz w:val="20"/>
                <w:szCs w:val="20"/>
              </w:rPr>
              <w:t>și</w:t>
            </w:r>
            <w:proofErr w:type="spellEnd"/>
            <w:r w:rsidRPr="0045260D">
              <w:rPr>
                <w:color w:val="3D6AA1"/>
                <w:sz w:val="20"/>
                <w:szCs w:val="20"/>
              </w:rPr>
              <w:t xml:space="preserve"> </w:t>
            </w:r>
            <w:proofErr w:type="spellStart"/>
            <w:r w:rsidRPr="0045260D">
              <w:rPr>
                <w:color w:val="3D6AA1"/>
                <w:sz w:val="20"/>
                <w:szCs w:val="20"/>
              </w:rPr>
              <w:t>perioada</w:t>
            </w:r>
            <w:proofErr w:type="spellEnd"/>
            <w:r w:rsidRPr="0045260D">
              <w:rPr>
                <w:color w:val="3D6AA1"/>
                <w:sz w:val="20"/>
                <w:szCs w:val="20"/>
              </w:rPr>
              <w:t xml:space="preserve">; </w:t>
            </w:r>
            <w:proofErr w:type="spellStart"/>
            <w:r w:rsidRPr="0045260D">
              <w:rPr>
                <w:color w:val="3D6AA1"/>
                <w:sz w:val="20"/>
                <w:szCs w:val="20"/>
              </w:rPr>
              <w:t>includeți</w:t>
            </w:r>
            <w:proofErr w:type="spellEnd"/>
            <w:r w:rsidRPr="0045260D">
              <w:rPr>
                <w:color w:val="3D6AA1"/>
                <w:sz w:val="20"/>
                <w:szCs w:val="20"/>
              </w:rPr>
              <w:t xml:space="preserve">, </w:t>
            </w:r>
            <w:proofErr w:type="spellStart"/>
            <w:r w:rsidRPr="0045260D">
              <w:rPr>
                <w:color w:val="3D6AA1"/>
                <w:sz w:val="20"/>
                <w:szCs w:val="20"/>
              </w:rPr>
              <w:t>după</w:t>
            </w:r>
            <w:proofErr w:type="spellEnd"/>
            <w:r w:rsidRPr="0045260D">
              <w:rPr>
                <w:color w:val="3D6AA1"/>
                <w:sz w:val="20"/>
                <w:szCs w:val="20"/>
              </w:rPr>
              <w:t xml:space="preserve"> </w:t>
            </w:r>
            <w:proofErr w:type="spellStart"/>
            <w:r w:rsidRPr="0045260D">
              <w:rPr>
                <w:color w:val="3D6AA1"/>
                <w:sz w:val="20"/>
                <w:szCs w:val="20"/>
              </w:rPr>
              <w:t>caz</w:t>
            </w:r>
            <w:proofErr w:type="spellEnd"/>
            <w:r w:rsidRPr="0045260D">
              <w:rPr>
                <w:color w:val="3D6AA1"/>
                <w:sz w:val="20"/>
                <w:szCs w:val="20"/>
              </w:rPr>
              <w:t xml:space="preserve">, </w:t>
            </w:r>
            <w:proofErr w:type="spellStart"/>
            <w:r w:rsidRPr="0045260D">
              <w:rPr>
                <w:color w:val="3D6AA1"/>
                <w:sz w:val="20"/>
                <w:szCs w:val="20"/>
              </w:rPr>
              <w:t>linkuri</w:t>
            </w:r>
            <w:proofErr w:type="spellEnd"/>
          </w:p>
        </w:tc>
      </w:tr>
      <w:tr w:rsidR="008A1A99" w14:paraId="5725D0EB" w14:textId="77777777" w:rsidTr="00A30892">
        <w:trPr>
          <w:trHeight w:val="620"/>
          <w:jc w:val="center"/>
        </w:trPr>
        <w:tc>
          <w:tcPr>
            <w:tcW w:w="3056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6B7A68" w14:textId="641BD073" w:rsidR="008A1A99" w:rsidRDefault="00000000">
            <w:pPr>
              <w:spacing w:after="0"/>
            </w:pPr>
            <w:proofErr w:type="spellStart"/>
            <w:r>
              <w:rPr>
                <w:b/>
                <w:color w:val="17365D"/>
                <w:sz w:val="18"/>
              </w:rPr>
              <w:t>Experiență</w:t>
            </w:r>
            <w:proofErr w:type="spellEnd"/>
            <w:r>
              <w:rPr>
                <w:b/>
                <w:color w:val="17365D"/>
                <w:sz w:val="18"/>
              </w:rPr>
              <w:t xml:space="preserve"> </w:t>
            </w:r>
            <w:proofErr w:type="spellStart"/>
            <w:r>
              <w:rPr>
                <w:b/>
                <w:color w:val="17365D"/>
                <w:sz w:val="18"/>
              </w:rPr>
              <w:t>în</w:t>
            </w:r>
            <w:proofErr w:type="spellEnd"/>
            <w:r>
              <w:rPr>
                <w:b/>
                <w:color w:val="17365D"/>
                <w:sz w:val="18"/>
              </w:rPr>
              <w:t xml:space="preserve"> </w:t>
            </w:r>
            <w:proofErr w:type="spellStart"/>
            <w:r>
              <w:rPr>
                <w:b/>
                <w:color w:val="17365D"/>
                <w:sz w:val="18"/>
              </w:rPr>
              <w:t>expertizarea</w:t>
            </w:r>
            <w:proofErr w:type="spellEnd"/>
            <w:r>
              <w:rPr>
                <w:b/>
                <w:color w:val="17365D"/>
                <w:sz w:val="18"/>
              </w:rPr>
              <w:t xml:space="preserve">/ </w:t>
            </w:r>
            <w:proofErr w:type="spellStart"/>
            <w:r>
              <w:rPr>
                <w:b/>
                <w:color w:val="17365D"/>
                <w:sz w:val="18"/>
              </w:rPr>
              <w:t>evaluarea</w:t>
            </w:r>
            <w:proofErr w:type="spellEnd"/>
            <w:r>
              <w:rPr>
                <w:b/>
                <w:color w:val="17365D"/>
                <w:sz w:val="18"/>
              </w:rPr>
              <w:t xml:space="preserve"> </w:t>
            </w:r>
            <w:proofErr w:type="spellStart"/>
            <w:r>
              <w:rPr>
                <w:b/>
                <w:color w:val="17365D"/>
                <w:sz w:val="18"/>
              </w:rPr>
              <w:t>proiectelor</w:t>
            </w:r>
            <w:proofErr w:type="spellEnd"/>
          </w:p>
        </w:tc>
        <w:tc>
          <w:tcPr>
            <w:tcW w:w="684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43B93B" w14:textId="12246077" w:rsidR="008A1A99" w:rsidRPr="0045260D" w:rsidRDefault="00000000" w:rsidP="00C27A58">
            <w:pPr>
              <w:spacing w:after="0"/>
              <w:rPr>
                <w:color w:val="3D6AA1"/>
                <w:sz w:val="20"/>
                <w:szCs w:val="20"/>
              </w:rPr>
            </w:pPr>
            <w:proofErr w:type="spellStart"/>
            <w:r w:rsidRPr="0045260D">
              <w:rPr>
                <w:color w:val="3D6AA1"/>
                <w:sz w:val="20"/>
                <w:szCs w:val="20"/>
              </w:rPr>
              <w:t>Indicați</w:t>
            </w:r>
            <w:proofErr w:type="spellEnd"/>
            <w:r w:rsidRPr="0045260D">
              <w:rPr>
                <w:color w:val="3D6AA1"/>
                <w:sz w:val="20"/>
                <w:szCs w:val="20"/>
              </w:rPr>
              <w:t xml:space="preserve"> </w:t>
            </w:r>
            <w:proofErr w:type="spellStart"/>
            <w:r w:rsidRPr="0045260D">
              <w:rPr>
                <w:color w:val="3D6AA1"/>
                <w:sz w:val="20"/>
                <w:szCs w:val="20"/>
              </w:rPr>
              <w:t>experiența</w:t>
            </w:r>
            <w:proofErr w:type="spellEnd"/>
            <w:r w:rsidRPr="0045260D">
              <w:rPr>
                <w:color w:val="3D6AA1"/>
                <w:sz w:val="20"/>
                <w:szCs w:val="20"/>
              </w:rPr>
              <w:t xml:space="preserve"> </w:t>
            </w:r>
            <w:proofErr w:type="spellStart"/>
            <w:r w:rsidRPr="0045260D">
              <w:rPr>
                <w:color w:val="3D6AA1"/>
                <w:sz w:val="20"/>
                <w:szCs w:val="20"/>
              </w:rPr>
              <w:t>relevantă</w:t>
            </w:r>
            <w:proofErr w:type="spellEnd"/>
            <w:r w:rsidRPr="0045260D">
              <w:rPr>
                <w:color w:val="3D6AA1"/>
                <w:sz w:val="20"/>
                <w:szCs w:val="20"/>
              </w:rPr>
              <w:t xml:space="preserve">, </w:t>
            </w:r>
            <w:proofErr w:type="spellStart"/>
            <w:r w:rsidRPr="0045260D">
              <w:rPr>
                <w:color w:val="3D6AA1"/>
                <w:sz w:val="20"/>
                <w:szCs w:val="20"/>
              </w:rPr>
              <w:t>instituția</w:t>
            </w:r>
            <w:proofErr w:type="spellEnd"/>
            <w:r w:rsidRPr="0045260D">
              <w:rPr>
                <w:color w:val="3D6AA1"/>
                <w:sz w:val="20"/>
                <w:szCs w:val="20"/>
              </w:rPr>
              <w:t>/</w:t>
            </w:r>
            <w:proofErr w:type="spellStart"/>
            <w:r w:rsidRPr="0045260D">
              <w:rPr>
                <w:color w:val="3D6AA1"/>
                <w:sz w:val="20"/>
                <w:szCs w:val="20"/>
              </w:rPr>
              <w:t>organizația</w:t>
            </w:r>
            <w:proofErr w:type="spellEnd"/>
            <w:r w:rsidRPr="0045260D">
              <w:rPr>
                <w:color w:val="3D6AA1"/>
                <w:sz w:val="20"/>
                <w:szCs w:val="20"/>
              </w:rPr>
              <w:t xml:space="preserve"> </w:t>
            </w:r>
            <w:proofErr w:type="spellStart"/>
            <w:r w:rsidRPr="0045260D">
              <w:rPr>
                <w:color w:val="3D6AA1"/>
                <w:sz w:val="20"/>
                <w:szCs w:val="20"/>
              </w:rPr>
              <w:t>și</w:t>
            </w:r>
            <w:proofErr w:type="spellEnd"/>
            <w:r w:rsidRPr="0045260D">
              <w:rPr>
                <w:color w:val="3D6AA1"/>
                <w:sz w:val="20"/>
                <w:szCs w:val="20"/>
              </w:rPr>
              <w:t xml:space="preserve"> </w:t>
            </w:r>
            <w:proofErr w:type="spellStart"/>
            <w:r w:rsidRPr="0045260D">
              <w:rPr>
                <w:color w:val="3D6AA1"/>
                <w:sz w:val="20"/>
                <w:szCs w:val="20"/>
              </w:rPr>
              <w:t>perioada</w:t>
            </w:r>
            <w:proofErr w:type="spellEnd"/>
          </w:p>
        </w:tc>
      </w:tr>
      <w:tr w:rsidR="008A1A99" w14:paraId="0D8E212F" w14:textId="77777777" w:rsidTr="00B41A6B">
        <w:trPr>
          <w:jc w:val="center"/>
        </w:trPr>
        <w:tc>
          <w:tcPr>
            <w:tcW w:w="3056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CCA1F5" w14:textId="08930F95" w:rsidR="008A1A99" w:rsidRDefault="00000000">
            <w:pPr>
              <w:spacing w:after="0"/>
            </w:pPr>
            <w:proofErr w:type="spellStart"/>
            <w:r>
              <w:rPr>
                <w:b/>
                <w:color w:val="17365D"/>
                <w:sz w:val="18"/>
              </w:rPr>
              <w:t>Realizări</w:t>
            </w:r>
            <w:proofErr w:type="spellEnd"/>
            <w:r>
              <w:rPr>
                <w:b/>
                <w:color w:val="17365D"/>
                <w:sz w:val="18"/>
              </w:rPr>
              <w:t xml:space="preserve"> </w:t>
            </w:r>
            <w:proofErr w:type="spellStart"/>
            <w:r>
              <w:rPr>
                <w:b/>
                <w:color w:val="17365D"/>
                <w:sz w:val="18"/>
              </w:rPr>
              <w:t>științifice</w:t>
            </w:r>
            <w:proofErr w:type="spellEnd"/>
            <w:r>
              <w:rPr>
                <w:b/>
                <w:color w:val="17365D"/>
                <w:sz w:val="18"/>
              </w:rPr>
              <w:t xml:space="preserve"> </w:t>
            </w:r>
            <w:proofErr w:type="spellStart"/>
            <w:r>
              <w:rPr>
                <w:b/>
                <w:color w:val="17365D"/>
                <w:sz w:val="18"/>
              </w:rPr>
              <w:t>și</w:t>
            </w:r>
            <w:proofErr w:type="spellEnd"/>
            <w:r>
              <w:rPr>
                <w:b/>
                <w:color w:val="17365D"/>
                <w:sz w:val="18"/>
              </w:rPr>
              <w:t xml:space="preserve"> </w:t>
            </w:r>
            <w:proofErr w:type="spellStart"/>
            <w:r>
              <w:rPr>
                <w:b/>
                <w:color w:val="17365D"/>
                <w:sz w:val="18"/>
              </w:rPr>
              <w:t>profesionale</w:t>
            </w:r>
            <w:proofErr w:type="spellEnd"/>
            <w:r>
              <w:rPr>
                <w:b/>
                <w:color w:val="17365D"/>
                <w:sz w:val="18"/>
              </w:rPr>
              <w:t xml:space="preserve"> </w:t>
            </w:r>
            <w:proofErr w:type="spellStart"/>
            <w:r>
              <w:rPr>
                <w:b/>
                <w:color w:val="17365D"/>
                <w:sz w:val="18"/>
              </w:rPr>
              <w:t>esențiale</w:t>
            </w:r>
            <w:proofErr w:type="spellEnd"/>
          </w:p>
        </w:tc>
        <w:tc>
          <w:tcPr>
            <w:tcW w:w="684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8ACC0F" w14:textId="3D9735CD" w:rsidR="00745DA0" w:rsidRDefault="00000000" w:rsidP="00A30892">
            <w:pPr>
              <w:spacing w:after="0" w:line="240" w:lineRule="auto"/>
              <w:rPr>
                <w:color w:val="3D6AA1"/>
                <w:sz w:val="20"/>
                <w:szCs w:val="20"/>
              </w:rPr>
            </w:pPr>
            <w:proofErr w:type="spellStart"/>
            <w:r w:rsidRPr="00745DA0">
              <w:rPr>
                <w:b/>
                <w:bCs/>
                <w:color w:val="3D6AA1"/>
                <w:sz w:val="20"/>
                <w:szCs w:val="20"/>
              </w:rPr>
              <w:t>Cercetători</w:t>
            </w:r>
            <w:proofErr w:type="spellEnd"/>
            <w:r w:rsidRPr="0045260D">
              <w:rPr>
                <w:color w:val="3D6AA1"/>
                <w:sz w:val="20"/>
                <w:szCs w:val="20"/>
              </w:rPr>
              <w:t xml:space="preserve">: </w:t>
            </w:r>
            <w:proofErr w:type="spellStart"/>
            <w:r w:rsidRPr="0045260D">
              <w:rPr>
                <w:color w:val="3D6AA1"/>
                <w:sz w:val="20"/>
                <w:szCs w:val="20"/>
              </w:rPr>
              <w:t>proiecte</w:t>
            </w:r>
            <w:proofErr w:type="spellEnd"/>
            <w:r w:rsidRPr="0045260D">
              <w:rPr>
                <w:color w:val="3D6AA1"/>
                <w:sz w:val="20"/>
                <w:szCs w:val="20"/>
              </w:rPr>
              <w:t xml:space="preserve">, </w:t>
            </w:r>
            <w:proofErr w:type="spellStart"/>
            <w:r w:rsidRPr="0045260D">
              <w:rPr>
                <w:color w:val="3D6AA1"/>
                <w:sz w:val="20"/>
                <w:szCs w:val="20"/>
              </w:rPr>
              <w:t>publicații</w:t>
            </w:r>
            <w:proofErr w:type="spellEnd"/>
            <w:r w:rsidRPr="0045260D">
              <w:rPr>
                <w:color w:val="3D6AA1"/>
                <w:sz w:val="20"/>
                <w:szCs w:val="20"/>
              </w:rPr>
              <w:t xml:space="preserve">, </w:t>
            </w:r>
            <w:proofErr w:type="spellStart"/>
            <w:r w:rsidRPr="0045260D">
              <w:rPr>
                <w:color w:val="3D6AA1"/>
                <w:sz w:val="20"/>
                <w:szCs w:val="20"/>
              </w:rPr>
              <w:t>lucrări</w:t>
            </w:r>
            <w:proofErr w:type="spellEnd"/>
            <w:r w:rsidRPr="0045260D">
              <w:rPr>
                <w:color w:val="3D6AA1"/>
                <w:sz w:val="20"/>
                <w:szCs w:val="20"/>
              </w:rPr>
              <w:t xml:space="preserve"> </w:t>
            </w:r>
            <w:proofErr w:type="spellStart"/>
            <w:r w:rsidRPr="0045260D">
              <w:rPr>
                <w:color w:val="3D6AA1"/>
                <w:sz w:val="20"/>
                <w:szCs w:val="20"/>
              </w:rPr>
              <w:t>editate</w:t>
            </w:r>
            <w:proofErr w:type="spellEnd"/>
            <w:r w:rsidRPr="0045260D">
              <w:rPr>
                <w:color w:val="3D6AA1"/>
                <w:sz w:val="20"/>
                <w:szCs w:val="20"/>
              </w:rPr>
              <w:t xml:space="preserve">, </w:t>
            </w:r>
            <w:proofErr w:type="spellStart"/>
            <w:r w:rsidRPr="0045260D">
              <w:rPr>
                <w:color w:val="3D6AA1"/>
                <w:sz w:val="20"/>
                <w:szCs w:val="20"/>
              </w:rPr>
              <w:t>brevete</w:t>
            </w:r>
            <w:proofErr w:type="spellEnd"/>
            <w:r w:rsidRPr="0045260D">
              <w:rPr>
                <w:color w:val="3D6AA1"/>
                <w:sz w:val="20"/>
                <w:szCs w:val="20"/>
              </w:rPr>
              <w:t xml:space="preserve">, </w:t>
            </w:r>
            <w:proofErr w:type="spellStart"/>
            <w:r w:rsidRPr="0045260D">
              <w:rPr>
                <w:color w:val="3D6AA1"/>
                <w:sz w:val="20"/>
                <w:szCs w:val="20"/>
              </w:rPr>
              <w:t>rezultate</w:t>
            </w:r>
            <w:proofErr w:type="spellEnd"/>
            <w:r w:rsidRPr="0045260D">
              <w:rPr>
                <w:color w:val="3D6AA1"/>
                <w:sz w:val="20"/>
                <w:szCs w:val="20"/>
              </w:rPr>
              <w:t xml:space="preserve"> </w:t>
            </w:r>
            <w:proofErr w:type="spellStart"/>
            <w:r w:rsidRPr="0045260D">
              <w:rPr>
                <w:color w:val="3D6AA1"/>
                <w:sz w:val="20"/>
                <w:szCs w:val="20"/>
              </w:rPr>
              <w:t>aplicate</w:t>
            </w:r>
            <w:proofErr w:type="spellEnd"/>
            <w:r w:rsidRPr="0045260D">
              <w:rPr>
                <w:color w:val="3D6AA1"/>
                <w:sz w:val="20"/>
                <w:szCs w:val="20"/>
              </w:rPr>
              <w:t xml:space="preserve"> etc.</w:t>
            </w:r>
          </w:p>
          <w:p w14:paraId="256E24FF" w14:textId="7766496C" w:rsidR="008A1A99" w:rsidRPr="0045260D" w:rsidRDefault="00000000" w:rsidP="00A30892">
            <w:pPr>
              <w:spacing w:after="0" w:line="240" w:lineRule="auto"/>
              <w:rPr>
                <w:color w:val="3D6AA1"/>
                <w:sz w:val="20"/>
                <w:szCs w:val="20"/>
              </w:rPr>
            </w:pPr>
            <w:proofErr w:type="spellStart"/>
            <w:r w:rsidRPr="00745DA0">
              <w:rPr>
                <w:b/>
                <w:bCs/>
                <w:color w:val="3D6AA1"/>
                <w:sz w:val="20"/>
                <w:szCs w:val="20"/>
              </w:rPr>
              <w:t>Profesioniști</w:t>
            </w:r>
            <w:proofErr w:type="spellEnd"/>
            <w:r w:rsidRPr="00745DA0">
              <w:rPr>
                <w:b/>
                <w:bCs/>
                <w:color w:val="3D6AA1"/>
                <w:sz w:val="20"/>
                <w:szCs w:val="20"/>
              </w:rPr>
              <w:t xml:space="preserve"> din </w:t>
            </w:r>
            <w:proofErr w:type="spellStart"/>
            <w:r w:rsidRPr="00745DA0">
              <w:rPr>
                <w:b/>
                <w:bCs/>
                <w:color w:val="3D6AA1"/>
                <w:sz w:val="20"/>
                <w:szCs w:val="20"/>
              </w:rPr>
              <w:t>sectorul</w:t>
            </w:r>
            <w:proofErr w:type="spellEnd"/>
            <w:r w:rsidRPr="00745DA0">
              <w:rPr>
                <w:b/>
                <w:bCs/>
                <w:color w:val="3D6AA1"/>
                <w:sz w:val="20"/>
                <w:szCs w:val="20"/>
              </w:rPr>
              <w:t xml:space="preserve"> real</w:t>
            </w:r>
            <w:r w:rsidRPr="0045260D">
              <w:rPr>
                <w:color w:val="3D6AA1"/>
                <w:sz w:val="20"/>
                <w:szCs w:val="20"/>
              </w:rPr>
              <w:t xml:space="preserve">: </w:t>
            </w:r>
            <w:proofErr w:type="spellStart"/>
            <w:r w:rsidRPr="0045260D">
              <w:rPr>
                <w:color w:val="3D6AA1"/>
                <w:sz w:val="20"/>
                <w:szCs w:val="20"/>
              </w:rPr>
              <w:t>activități</w:t>
            </w:r>
            <w:proofErr w:type="spellEnd"/>
            <w:r w:rsidRPr="0045260D">
              <w:rPr>
                <w:color w:val="3D6AA1"/>
                <w:sz w:val="20"/>
                <w:szCs w:val="20"/>
              </w:rPr>
              <w:t xml:space="preserve">, </w:t>
            </w:r>
            <w:proofErr w:type="spellStart"/>
            <w:r w:rsidRPr="0045260D">
              <w:rPr>
                <w:color w:val="3D6AA1"/>
                <w:sz w:val="20"/>
                <w:szCs w:val="20"/>
              </w:rPr>
              <w:t>proiecte</w:t>
            </w:r>
            <w:proofErr w:type="spellEnd"/>
            <w:r w:rsidRPr="0045260D">
              <w:rPr>
                <w:color w:val="3D6AA1"/>
                <w:sz w:val="20"/>
                <w:szCs w:val="20"/>
              </w:rPr>
              <w:t xml:space="preserve">, </w:t>
            </w:r>
            <w:proofErr w:type="spellStart"/>
            <w:r w:rsidRPr="0045260D">
              <w:rPr>
                <w:color w:val="3D6AA1"/>
                <w:sz w:val="20"/>
                <w:szCs w:val="20"/>
              </w:rPr>
              <w:t>tehnologii</w:t>
            </w:r>
            <w:proofErr w:type="spellEnd"/>
            <w:r w:rsidRPr="0045260D">
              <w:rPr>
                <w:color w:val="3D6AA1"/>
                <w:sz w:val="20"/>
                <w:szCs w:val="20"/>
              </w:rPr>
              <w:t xml:space="preserve">, </w:t>
            </w:r>
            <w:proofErr w:type="spellStart"/>
            <w:r w:rsidRPr="0045260D">
              <w:rPr>
                <w:color w:val="3D6AA1"/>
                <w:sz w:val="20"/>
                <w:szCs w:val="20"/>
              </w:rPr>
              <w:t>produse</w:t>
            </w:r>
            <w:proofErr w:type="spellEnd"/>
            <w:r w:rsidRPr="0045260D">
              <w:rPr>
                <w:color w:val="3D6AA1"/>
                <w:sz w:val="20"/>
                <w:szCs w:val="20"/>
              </w:rPr>
              <w:t>/</w:t>
            </w:r>
            <w:proofErr w:type="spellStart"/>
            <w:r w:rsidRPr="0045260D">
              <w:rPr>
                <w:color w:val="3D6AA1"/>
                <w:sz w:val="20"/>
                <w:szCs w:val="20"/>
              </w:rPr>
              <w:t>servicii</w:t>
            </w:r>
            <w:proofErr w:type="spellEnd"/>
            <w:r w:rsidRPr="0045260D">
              <w:rPr>
                <w:color w:val="3D6AA1"/>
                <w:sz w:val="20"/>
                <w:szCs w:val="20"/>
              </w:rPr>
              <w:t xml:space="preserve"> </w:t>
            </w:r>
            <w:proofErr w:type="spellStart"/>
            <w:r w:rsidRPr="0045260D">
              <w:rPr>
                <w:color w:val="3D6AA1"/>
                <w:sz w:val="20"/>
                <w:szCs w:val="20"/>
              </w:rPr>
              <w:t>sau</w:t>
            </w:r>
            <w:proofErr w:type="spellEnd"/>
            <w:r w:rsidRPr="0045260D">
              <w:rPr>
                <w:color w:val="3D6AA1"/>
                <w:sz w:val="20"/>
                <w:szCs w:val="20"/>
              </w:rPr>
              <w:t xml:space="preserve"> </w:t>
            </w:r>
            <w:proofErr w:type="spellStart"/>
            <w:r w:rsidRPr="0045260D">
              <w:rPr>
                <w:color w:val="3D6AA1"/>
                <w:sz w:val="20"/>
                <w:szCs w:val="20"/>
              </w:rPr>
              <w:t>alte</w:t>
            </w:r>
            <w:proofErr w:type="spellEnd"/>
            <w:r w:rsidRPr="0045260D">
              <w:rPr>
                <w:color w:val="3D6AA1"/>
                <w:sz w:val="20"/>
                <w:szCs w:val="20"/>
              </w:rPr>
              <w:t xml:space="preserve"> </w:t>
            </w:r>
            <w:proofErr w:type="spellStart"/>
            <w:r w:rsidRPr="0045260D">
              <w:rPr>
                <w:color w:val="3D6AA1"/>
                <w:sz w:val="20"/>
                <w:szCs w:val="20"/>
              </w:rPr>
              <w:t>rezultate</w:t>
            </w:r>
            <w:proofErr w:type="spellEnd"/>
            <w:r w:rsidRPr="0045260D">
              <w:rPr>
                <w:color w:val="3D6AA1"/>
                <w:sz w:val="20"/>
                <w:szCs w:val="20"/>
              </w:rPr>
              <w:t xml:space="preserve"> cu impact</w:t>
            </w:r>
          </w:p>
        </w:tc>
      </w:tr>
      <w:tr w:rsidR="008A1A99" w14:paraId="5DE3790F" w14:textId="77777777" w:rsidTr="00707183">
        <w:trPr>
          <w:trHeight w:val="636"/>
          <w:jc w:val="center"/>
        </w:trPr>
        <w:tc>
          <w:tcPr>
            <w:tcW w:w="3056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9BB3AF" w14:textId="57117D7B" w:rsidR="008A1A99" w:rsidRDefault="00000000">
            <w:pPr>
              <w:spacing w:after="0"/>
            </w:pPr>
            <w:proofErr w:type="spellStart"/>
            <w:r>
              <w:rPr>
                <w:b/>
                <w:color w:val="17365D"/>
                <w:sz w:val="18"/>
              </w:rPr>
              <w:t>Profiluri</w:t>
            </w:r>
            <w:proofErr w:type="spellEnd"/>
            <w:r>
              <w:rPr>
                <w:b/>
                <w:color w:val="17365D"/>
                <w:sz w:val="18"/>
              </w:rPr>
              <w:t xml:space="preserve"> </w:t>
            </w:r>
            <w:proofErr w:type="spellStart"/>
            <w:r>
              <w:rPr>
                <w:b/>
                <w:color w:val="17365D"/>
                <w:sz w:val="18"/>
              </w:rPr>
              <w:t>științifice</w:t>
            </w:r>
            <w:proofErr w:type="spellEnd"/>
            <w:r>
              <w:rPr>
                <w:b/>
                <w:color w:val="17365D"/>
                <w:sz w:val="18"/>
              </w:rPr>
              <w:t xml:space="preserve"> </w:t>
            </w:r>
            <w:proofErr w:type="spellStart"/>
            <w:r>
              <w:rPr>
                <w:b/>
                <w:color w:val="17365D"/>
                <w:sz w:val="18"/>
              </w:rPr>
              <w:t>publice</w:t>
            </w:r>
            <w:proofErr w:type="spellEnd"/>
            <w:r w:rsidR="00411A9C">
              <w:rPr>
                <w:b/>
                <w:color w:val="17365D"/>
                <w:sz w:val="18"/>
              </w:rPr>
              <w:t xml:space="preserve"> </w:t>
            </w:r>
            <w:r w:rsidR="00411A9C" w:rsidRPr="00CE56F7">
              <w:rPr>
                <w:bCs/>
                <w:i/>
                <w:iCs/>
                <w:color w:val="17365D"/>
                <w:sz w:val="18"/>
              </w:rPr>
              <w:t>(</w:t>
            </w:r>
            <w:proofErr w:type="spellStart"/>
            <w:r w:rsidR="00411A9C" w:rsidRPr="00411A9C">
              <w:rPr>
                <w:bCs/>
                <w:i/>
                <w:iCs/>
                <w:color w:val="17365D"/>
                <w:sz w:val="18"/>
              </w:rPr>
              <w:t>linkuri</w:t>
            </w:r>
            <w:proofErr w:type="spellEnd"/>
            <w:r w:rsidR="00411A9C" w:rsidRPr="00CE56F7">
              <w:rPr>
                <w:bCs/>
                <w:i/>
                <w:iCs/>
                <w:color w:val="17365D"/>
                <w:sz w:val="18"/>
              </w:rPr>
              <w:t>)</w:t>
            </w:r>
          </w:p>
        </w:tc>
        <w:tc>
          <w:tcPr>
            <w:tcW w:w="684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490F7A" w14:textId="0F3ABDB2" w:rsidR="008A1A99" w:rsidRPr="0045260D" w:rsidRDefault="00000000" w:rsidP="00C27A58">
            <w:pPr>
              <w:tabs>
                <w:tab w:val="left" w:pos="6524"/>
              </w:tabs>
              <w:spacing w:after="0"/>
              <w:rPr>
                <w:color w:val="3D6AA1"/>
                <w:sz w:val="20"/>
                <w:szCs w:val="20"/>
              </w:rPr>
            </w:pPr>
            <w:r w:rsidRPr="0045260D">
              <w:rPr>
                <w:color w:val="3D6AA1"/>
                <w:sz w:val="20"/>
                <w:szCs w:val="20"/>
              </w:rPr>
              <w:t xml:space="preserve">ORCID, Web of Science, Scopus, Google Scholar </w:t>
            </w:r>
            <w:proofErr w:type="spellStart"/>
            <w:r w:rsidRPr="0045260D">
              <w:rPr>
                <w:color w:val="3D6AA1"/>
                <w:sz w:val="20"/>
                <w:szCs w:val="20"/>
              </w:rPr>
              <w:t>sau</w:t>
            </w:r>
            <w:proofErr w:type="spellEnd"/>
            <w:r w:rsidRPr="0045260D">
              <w:rPr>
                <w:color w:val="3D6AA1"/>
                <w:sz w:val="20"/>
                <w:szCs w:val="20"/>
              </w:rPr>
              <w:t xml:space="preserve"> </w:t>
            </w:r>
            <w:proofErr w:type="spellStart"/>
            <w:r w:rsidRPr="0045260D">
              <w:rPr>
                <w:color w:val="3D6AA1"/>
                <w:sz w:val="20"/>
                <w:szCs w:val="20"/>
              </w:rPr>
              <w:t>alte</w:t>
            </w:r>
            <w:proofErr w:type="spellEnd"/>
            <w:r w:rsidRPr="0045260D">
              <w:rPr>
                <w:color w:val="3D6AA1"/>
                <w:sz w:val="20"/>
                <w:szCs w:val="20"/>
              </w:rPr>
              <w:t xml:space="preserve"> </w:t>
            </w:r>
            <w:proofErr w:type="spellStart"/>
            <w:r w:rsidRPr="0045260D">
              <w:rPr>
                <w:color w:val="3D6AA1"/>
                <w:sz w:val="20"/>
                <w:szCs w:val="20"/>
              </w:rPr>
              <w:t>profiluri</w:t>
            </w:r>
            <w:proofErr w:type="spellEnd"/>
          </w:p>
        </w:tc>
      </w:tr>
    </w:tbl>
    <w:p w14:paraId="7AA8280F" w14:textId="77777777" w:rsidR="008A1A99" w:rsidRPr="00A30892" w:rsidRDefault="008A1A99">
      <w:pPr>
        <w:spacing w:after="20"/>
        <w:rPr>
          <w:sz w:val="24"/>
          <w:szCs w:val="24"/>
        </w:rPr>
      </w:pPr>
    </w:p>
    <w:p w14:paraId="468BEDD6" w14:textId="2B48D3E0" w:rsidR="008A1A99" w:rsidRDefault="001A5274" w:rsidP="004B698B">
      <w:pPr>
        <w:spacing w:before="140" w:after="80"/>
        <w:ind w:left="284"/>
      </w:pPr>
      <w:r>
        <w:rPr>
          <w:b/>
          <w:color w:val="17365D"/>
          <w:sz w:val="23"/>
        </w:rPr>
        <w:t>5. DECLARAȚIA CANDIDATULUI</w:t>
      </w:r>
    </w:p>
    <w:p w14:paraId="7AE6D914" w14:textId="77777777" w:rsidR="006E6EA3" w:rsidRDefault="006E6EA3" w:rsidP="00C27A58">
      <w:pPr>
        <w:spacing w:after="100"/>
        <w:ind w:left="142" w:right="247"/>
        <w:jc w:val="both"/>
      </w:pPr>
      <w:proofErr w:type="spellStart"/>
      <w:r>
        <w:rPr>
          <w:b/>
        </w:rPr>
        <w:t>Consimțământ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privind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prelucrarea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datelor</w:t>
      </w:r>
      <w:proofErr w:type="spellEnd"/>
      <w:r>
        <w:rPr>
          <w:b/>
        </w:rPr>
        <w:t xml:space="preserve"> cu </w:t>
      </w:r>
      <w:proofErr w:type="spellStart"/>
      <w:r>
        <w:rPr>
          <w:b/>
        </w:rPr>
        <w:t>caracter</w:t>
      </w:r>
      <w:proofErr w:type="spellEnd"/>
      <w:r>
        <w:rPr>
          <w:b/>
        </w:rPr>
        <w:t xml:space="preserve"> personal: </w:t>
      </w:r>
      <w:r>
        <w:t xml:space="preserve">Sunt de </w:t>
      </w:r>
      <w:proofErr w:type="spellStart"/>
      <w:r>
        <w:t>acord</w:t>
      </w:r>
      <w:proofErr w:type="spellEnd"/>
      <w:r>
        <w:t xml:space="preserve"> cu </w:t>
      </w:r>
      <w:proofErr w:type="spellStart"/>
      <w:r>
        <w:t>prelucrarea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cu </w:t>
      </w:r>
      <w:proofErr w:type="spellStart"/>
      <w:r>
        <w:t>caracter</w:t>
      </w:r>
      <w:proofErr w:type="spellEnd"/>
      <w:r>
        <w:t xml:space="preserve"> personal </w:t>
      </w:r>
      <w:proofErr w:type="spellStart"/>
      <w:r>
        <w:t>furnizate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procedurii</w:t>
      </w:r>
      <w:proofErr w:type="spellEnd"/>
      <w:r>
        <w:t xml:space="preserve"> de </w:t>
      </w:r>
      <w:proofErr w:type="spellStart"/>
      <w:r>
        <w:t>selectare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înregistrare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Registrul</w:t>
      </w:r>
      <w:proofErr w:type="spellEnd"/>
      <w:r>
        <w:t xml:space="preserve"> </w:t>
      </w:r>
      <w:proofErr w:type="spellStart"/>
      <w:r>
        <w:t>experților</w:t>
      </w:r>
      <w:proofErr w:type="spellEnd"/>
      <w:r>
        <w:t xml:space="preserve"> </w:t>
      </w:r>
      <w:proofErr w:type="spellStart"/>
      <w:r>
        <w:t>independenți</w:t>
      </w:r>
      <w:proofErr w:type="spellEnd"/>
      <w:r>
        <w:t xml:space="preserve"> ANCD,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legislația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vigoare</w:t>
      </w:r>
      <w:proofErr w:type="spellEnd"/>
      <w:r>
        <w:t>.</w:t>
      </w:r>
    </w:p>
    <w:p w14:paraId="01300389" w14:textId="2CD4CDC5" w:rsidR="008A1A99" w:rsidRDefault="00000000" w:rsidP="00C27A58">
      <w:pPr>
        <w:spacing w:after="100"/>
        <w:ind w:left="142" w:right="247"/>
        <w:jc w:val="both"/>
      </w:pPr>
      <w:proofErr w:type="spellStart"/>
      <w:r>
        <w:rPr>
          <w:b/>
        </w:rPr>
        <w:t>Subsemnatul</w:t>
      </w:r>
      <w:proofErr w:type="spellEnd"/>
      <w:r>
        <w:rPr>
          <w:b/>
        </w:rPr>
        <w:t>/</w:t>
      </w:r>
      <w:r w:rsidR="0083672D">
        <w:rPr>
          <w:b/>
        </w:rPr>
        <w:t xml:space="preserve"> </w:t>
      </w:r>
      <w:proofErr w:type="spellStart"/>
      <w:r>
        <w:rPr>
          <w:b/>
        </w:rPr>
        <w:t>Subsemnata</w:t>
      </w:r>
      <w:proofErr w:type="spellEnd"/>
      <w:r>
        <w:rPr>
          <w:b/>
        </w:rPr>
        <w:t xml:space="preserve">, </w:t>
      </w:r>
      <w:proofErr w:type="spellStart"/>
      <w:r w:rsidR="002D5ADD">
        <w:t>consemnez</w:t>
      </w:r>
      <w:proofErr w:type="spellEnd"/>
      <w:r w:rsidR="002D5ADD">
        <w:t xml:space="preserve"> </w:t>
      </w:r>
      <w:proofErr w:type="spellStart"/>
      <w:r w:rsidR="002D5ADD">
        <w:t>că</w:t>
      </w:r>
      <w:proofErr w:type="spellEnd"/>
      <w:r w:rsidR="002D5ADD">
        <w:t xml:space="preserve"> </w:t>
      </w:r>
      <w:proofErr w:type="spellStart"/>
      <w:r w:rsidR="002D5ADD">
        <w:t>voi</w:t>
      </w:r>
      <w:proofErr w:type="spellEnd"/>
      <w:r>
        <w:t xml:space="preserve"> </w:t>
      </w:r>
      <w:proofErr w:type="spellStart"/>
      <w:r>
        <w:t>inform</w:t>
      </w:r>
      <w:r w:rsidR="002D5ADD">
        <w:t>a</w:t>
      </w:r>
      <w:proofErr w:type="spellEnd"/>
      <w:r>
        <w:t xml:space="preserve"> ANCD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modificare</w:t>
      </w:r>
      <w:proofErr w:type="spellEnd"/>
      <w:r>
        <w:t xml:space="preserve"> </w:t>
      </w:r>
      <w:proofErr w:type="spellStart"/>
      <w:r>
        <w:t>relevantă</w:t>
      </w:r>
      <w:proofErr w:type="spellEnd"/>
      <w:r>
        <w:t xml:space="preserve"> a </w:t>
      </w:r>
      <w:proofErr w:type="spellStart"/>
      <w:r>
        <w:t>datelor</w:t>
      </w:r>
      <w:proofErr w:type="spellEnd"/>
      <w:r>
        <w:t xml:space="preserve"> </w:t>
      </w:r>
      <w:proofErr w:type="spellStart"/>
      <w:r>
        <w:t>furnizate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 w:rsidR="002D5ADD">
        <w:t>mă</w:t>
      </w:r>
      <w:proofErr w:type="spellEnd"/>
      <w:r w:rsidR="002D5ADD">
        <w:t xml:space="preserve"> </w:t>
      </w:r>
      <w:proofErr w:type="spellStart"/>
      <w:r w:rsidR="002D5ADD">
        <w:t>oblig</w:t>
      </w:r>
      <w:proofErr w:type="spellEnd"/>
      <w:r w:rsidR="002D5ADD">
        <w:t xml:space="preserve"> </w:t>
      </w:r>
      <w:proofErr w:type="spellStart"/>
      <w:r>
        <w:t>să</w:t>
      </w:r>
      <w:proofErr w:type="spellEnd"/>
      <w:r>
        <w:t xml:space="preserve"> respect </w:t>
      </w:r>
      <w:proofErr w:type="spellStart"/>
      <w:r>
        <w:t>cerințele</w:t>
      </w:r>
      <w:proofErr w:type="spellEnd"/>
      <w:r>
        <w:t xml:space="preserve"> </w:t>
      </w:r>
      <w:proofErr w:type="spellStart"/>
      <w:r>
        <w:t>aplicabile</w:t>
      </w:r>
      <w:proofErr w:type="spellEnd"/>
      <w:r>
        <w:t xml:space="preserve"> </w:t>
      </w:r>
      <w:proofErr w:type="spellStart"/>
      <w:r>
        <w:t>activității</w:t>
      </w:r>
      <w:proofErr w:type="spellEnd"/>
      <w:r>
        <w:t xml:space="preserve"> de expert independent, </w:t>
      </w:r>
      <w:proofErr w:type="spellStart"/>
      <w:r>
        <w:t>inclusiv</w:t>
      </w:r>
      <w:proofErr w:type="spellEnd"/>
      <w:r>
        <w:t xml:space="preserve"> </w:t>
      </w:r>
      <w:proofErr w:type="spellStart"/>
      <w:r>
        <w:t>normele</w:t>
      </w:r>
      <w:proofErr w:type="spellEnd"/>
      <w:r>
        <w:t xml:space="preserve"> de </w:t>
      </w:r>
      <w:proofErr w:type="spellStart"/>
      <w:r>
        <w:t>integritate</w:t>
      </w:r>
      <w:proofErr w:type="spellEnd"/>
      <w:r>
        <w:t xml:space="preserve">, </w:t>
      </w:r>
      <w:proofErr w:type="spellStart"/>
      <w:r>
        <w:t>imparțialitate</w:t>
      </w:r>
      <w:proofErr w:type="spellEnd"/>
      <w:r>
        <w:t xml:space="preserve">, </w:t>
      </w:r>
      <w:proofErr w:type="spellStart"/>
      <w:r>
        <w:t>confidențialitate</w:t>
      </w:r>
      <w:proofErr w:type="spellEnd"/>
      <w:r>
        <w:t xml:space="preserve">, </w:t>
      </w:r>
      <w:proofErr w:type="spellStart"/>
      <w:r>
        <w:t>deontologie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evitarea</w:t>
      </w:r>
      <w:proofErr w:type="spellEnd"/>
      <w:r>
        <w:t xml:space="preserve"> </w:t>
      </w:r>
      <w:proofErr w:type="spellStart"/>
      <w:r>
        <w:t>conflictelor</w:t>
      </w:r>
      <w:proofErr w:type="spellEnd"/>
      <w:r>
        <w:t xml:space="preserve"> de </w:t>
      </w:r>
      <w:proofErr w:type="spellStart"/>
      <w:r>
        <w:t>interese</w:t>
      </w:r>
      <w:proofErr w:type="spellEnd"/>
      <w:r>
        <w:t>.</w:t>
      </w:r>
    </w:p>
    <w:p w14:paraId="2A045B9D" w14:textId="14FA67FC" w:rsidR="008A1A99" w:rsidRDefault="008A1A99" w:rsidP="00C27A58">
      <w:pPr>
        <w:ind w:left="142" w:right="247"/>
        <w:jc w:val="both"/>
      </w:pPr>
    </w:p>
    <w:tbl>
      <w:tblPr>
        <w:tblStyle w:val="aff0"/>
        <w:tblW w:w="0" w:type="auto"/>
        <w:tblInd w:w="250" w:type="dxa"/>
        <w:tblBorders>
          <w:top w:val="single" w:sz="4" w:space="0" w:color="4F81BD"/>
          <w:left w:val="single" w:sz="4" w:space="0" w:color="FFFFFF" w:themeColor="background1"/>
          <w:bottom w:val="single" w:sz="4" w:space="0" w:color="4F81BD"/>
          <w:right w:val="single" w:sz="4" w:space="0" w:color="FFFFFF" w:themeColor="background1"/>
          <w:insideH w:val="single" w:sz="4" w:space="0" w:color="4F81BD"/>
          <w:insideV w:val="single" w:sz="4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3260"/>
        <w:gridCol w:w="3828"/>
        <w:gridCol w:w="2943"/>
      </w:tblGrid>
      <w:tr w:rsidR="00246EBF" w14:paraId="69C96F90" w14:textId="77777777" w:rsidTr="00B41A6B">
        <w:tc>
          <w:tcPr>
            <w:tcW w:w="3260" w:type="dxa"/>
            <w:shd w:val="clear" w:color="auto" w:fill="EBF7F9"/>
          </w:tcPr>
          <w:p w14:paraId="043B5C66" w14:textId="77777777" w:rsidR="00D86415" w:rsidRDefault="00D86415" w:rsidP="00C27A58">
            <w:pPr>
              <w:ind w:left="142" w:right="247"/>
              <w:jc w:val="center"/>
            </w:pPr>
            <w:proofErr w:type="spellStart"/>
            <w:r>
              <w:rPr>
                <w:b/>
                <w:color w:val="17365D"/>
                <w:sz w:val="17"/>
              </w:rPr>
              <w:t>Nume</w:t>
            </w:r>
            <w:proofErr w:type="spellEnd"/>
            <w:r>
              <w:rPr>
                <w:b/>
                <w:color w:val="17365D"/>
                <w:sz w:val="17"/>
              </w:rPr>
              <w:t xml:space="preserve"> </w:t>
            </w:r>
            <w:proofErr w:type="spellStart"/>
            <w:r>
              <w:rPr>
                <w:b/>
                <w:color w:val="17365D"/>
                <w:sz w:val="17"/>
              </w:rPr>
              <w:t>și</w:t>
            </w:r>
            <w:proofErr w:type="spellEnd"/>
            <w:r>
              <w:rPr>
                <w:b/>
                <w:color w:val="17365D"/>
                <w:sz w:val="17"/>
              </w:rPr>
              <w:t xml:space="preserve"> </w:t>
            </w:r>
            <w:proofErr w:type="spellStart"/>
            <w:r>
              <w:rPr>
                <w:b/>
                <w:color w:val="17365D"/>
                <w:sz w:val="17"/>
              </w:rPr>
              <w:t>prenume</w:t>
            </w:r>
            <w:proofErr w:type="spellEnd"/>
          </w:p>
        </w:tc>
        <w:tc>
          <w:tcPr>
            <w:tcW w:w="3828" w:type="dxa"/>
            <w:shd w:val="clear" w:color="auto" w:fill="EBF7F9"/>
          </w:tcPr>
          <w:p w14:paraId="7454632C" w14:textId="77777777" w:rsidR="00D86415" w:rsidRDefault="00D86415" w:rsidP="00C27A58">
            <w:pPr>
              <w:ind w:left="142" w:right="247"/>
              <w:jc w:val="center"/>
            </w:pPr>
            <w:proofErr w:type="spellStart"/>
            <w:r>
              <w:rPr>
                <w:b/>
                <w:color w:val="17365D"/>
                <w:sz w:val="17"/>
              </w:rPr>
              <w:t>Semnătura</w:t>
            </w:r>
            <w:proofErr w:type="spellEnd"/>
          </w:p>
        </w:tc>
        <w:tc>
          <w:tcPr>
            <w:tcW w:w="2943" w:type="dxa"/>
            <w:shd w:val="clear" w:color="auto" w:fill="EBF7F9"/>
          </w:tcPr>
          <w:p w14:paraId="646D7453" w14:textId="77777777" w:rsidR="00D86415" w:rsidRDefault="00D86415" w:rsidP="00C27A58">
            <w:pPr>
              <w:ind w:left="142" w:right="247"/>
              <w:jc w:val="center"/>
            </w:pPr>
            <w:r>
              <w:rPr>
                <w:b/>
                <w:color w:val="17365D"/>
                <w:sz w:val="17"/>
              </w:rPr>
              <w:t xml:space="preserve">Data </w:t>
            </w:r>
            <w:proofErr w:type="spellStart"/>
            <w:r>
              <w:rPr>
                <w:b/>
                <w:color w:val="17365D"/>
                <w:sz w:val="17"/>
              </w:rPr>
              <w:t>completării</w:t>
            </w:r>
            <w:proofErr w:type="spellEnd"/>
          </w:p>
        </w:tc>
      </w:tr>
      <w:tr w:rsidR="00D86415" w14:paraId="094833CC" w14:textId="77777777" w:rsidTr="00B41A6B">
        <w:tc>
          <w:tcPr>
            <w:tcW w:w="3260" w:type="dxa"/>
          </w:tcPr>
          <w:p w14:paraId="6FC9D5AE" w14:textId="77777777" w:rsidR="00D86415" w:rsidRDefault="00D86415" w:rsidP="00C27A58">
            <w:pPr>
              <w:ind w:left="142" w:right="247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  <w:tc>
          <w:tcPr>
            <w:tcW w:w="3828" w:type="dxa"/>
          </w:tcPr>
          <w:p w14:paraId="2D176368" w14:textId="77777777" w:rsidR="00D86415" w:rsidRDefault="00D86415" w:rsidP="00C27A58">
            <w:pPr>
              <w:ind w:left="142" w:right="247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  <w:tc>
          <w:tcPr>
            <w:tcW w:w="2943" w:type="dxa"/>
          </w:tcPr>
          <w:p w14:paraId="754D5589" w14:textId="77777777" w:rsidR="00D86415" w:rsidRDefault="00D86415" w:rsidP="00C27A58">
            <w:pPr>
              <w:ind w:left="142" w:right="247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</w:tbl>
    <w:p w14:paraId="760A23E0" w14:textId="77777777" w:rsidR="00A30892" w:rsidRDefault="00A30892" w:rsidP="00C27A58">
      <w:pPr>
        <w:spacing w:before="140"/>
        <w:ind w:left="142" w:right="247"/>
        <w:jc w:val="both"/>
        <w:rPr>
          <w:b/>
          <w:color w:val="17365D"/>
        </w:rPr>
      </w:pPr>
    </w:p>
    <w:p w14:paraId="31F7C638" w14:textId="35B4D989" w:rsidR="008A1A99" w:rsidRDefault="00000000" w:rsidP="00C27A58">
      <w:pPr>
        <w:spacing w:before="140"/>
        <w:ind w:left="142" w:right="247"/>
        <w:jc w:val="both"/>
        <w:rPr>
          <w:sz w:val="20"/>
          <w:szCs w:val="20"/>
        </w:rPr>
      </w:pPr>
      <w:r>
        <w:rPr>
          <w:b/>
          <w:color w:val="17365D"/>
        </w:rPr>
        <w:t xml:space="preserve">ANEXE: </w:t>
      </w:r>
      <w:r w:rsidRPr="00FE001C">
        <w:rPr>
          <w:sz w:val="20"/>
          <w:szCs w:val="20"/>
        </w:rPr>
        <w:t xml:space="preserve">Curriculum vitae; </w:t>
      </w:r>
      <w:proofErr w:type="spellStart"/>
      <w:r w:rsidR="00427AED" w:rsidRPr="00427AED">
        <w:rPr>
          <w:sz w:val="20"/>
          <w:szCs w:val="20"/>
        </w:rPr>
        <w:t>copia</w:t>
      </w:r>
      <w:proofErr w:type="spellEnd"/>
      <w:r w:rsidR="00427AED" w:rsidRPr="00427AED">
        <w:rPr>
          <w:sz w:val="20"/>
          <w:szCs w:val="20"/>
        </w:rPr>
        <w:t xml:space="preserve"> </w:t>
      </w:r>
      <w:proofErr w:type="spellStart"/>
      <w:r w:rsidR="00427AED" w:rsidRPr="00427AED">
        <w:rPr>
          <w:sz w:val="20"/>
          <w:szCs w:val="20"/>
        </w:rPr>
        <w:t>diplomei</w:t>
      </w:r>
      <w:proofErr w:type="spellEnd"/>
      <w:r w:rsidR="00427AED" w:rsidRPr="00427AED">
        <w:rPr>
          <w:sz w:val="20"/>
          <w:szCs w:val="20"/>
        </w:rPr>
        <w:t xml:space="preserve"> care </w:t>
      </w:r>
      <w:proofErr w:type="spellStart"/>
      <w:r w:rsidR="00427AED" w:rsidRPr="00427AED">
        <w:rPr>
          <w:sz w:val="20"/>
          <w:szCs w:val="20"/>
        </w:rPr>
        <w:t>confirmă</w:t>
      </w:r>
      <w:proofErr w:type="spellEnd"/>
      <w:r w:rsidR="00427AED" w:rsidRPr="00427AED">
        <w:rPr>
          <w:sz w:val="20"/>
          <w:szCs w:val="20"/>
        </w:rPr>
        <w:t xml:space="preserve"> </w:t>
      </w:r>
      <w:proofErr w:type="spellStart"/>
      <w:r w:rsidR="00427AED" w:rsidRPr="00427AED">
        <w:rPr>
          <w:sz w:val="20"/>
          <w:szCs w:val="20"/>
        </w:rPr>
        <w:t>deținerea</w:t>
      </w:r>
      <w:proofErr w:type="spellEnd"/>
      <w:r w:rsidR="00427AED" w:rsidRPr="00427AED">
        <w:rPr>
          <w:sz w:val="20"/>
          <w:szCs w:val="20"/>
        </w:rPr>
        <w:t xml:space="preserve"> </w:t>
      </w:r>
      <w:proofErr w:type="spellStart"/>
      <w:r w:rsidR="00427AED" w:rsidRPr="00427AED">
        <w:rPr>
          <w:sz w:val="20"/>
          <w:szCs w:val="20"/>
        </w:rPr>
        <w:t>gradului</w:t>
      </w:r>
      <w:proofErr w:type="spellEnd"/>
      <w:r w:rsidR="00427AED" w:rsidRPr="00427AED">
        <w:rPr>
          <w:sz w:val="20"/>
          <w:szCs w:val="20"/>
        </w:rPr>
        <w:t xml:space="preserve"> </w:t>
      </w:r>
      <w:proofErr w:type="spellStart"/>
      <w:r w:rsidR="00427AED" w:rsidRPr="00427AED">
        <w:rPr>
          <w:sz w:val="20"/>
          <w:szCs w:val="20"/>
        </w:rPr>
        <w:t>științific</w:t>
      </w:r>
      <w:proofErr w:type="spellEnd"/>
      <w:r w:rsidR="00427AED" w:rsidRPr="00427AED">
        <w:rPr>
          <w:sz w:val="20"/>
          <w:szCs w:val="20"/>
        </w:rPr>
        <w:t xml:space="preserve"> </w:t>
      </w:r>
      <w:proofErr w:type="spellStart"/>
      <w:r w:rsidR="00427AED" w:rsidRPr="00427AED">
        <w:rPr>
          <w:sz w:val="20"/>
          <w:szCs w:val="20"/>
        </w:rPr>
        <w:t>și</w:t>
      </w:r>
      <w:proofErr w:type="spellEnd"/>
      <w:r w:rsidR="00427AED" w:rsidRPr="00427AED">
        <w:rPr>
          <w:sz w:val="20"/>
          <w:szCs w:val="20"/>
        </w:rPr>
        <w:t>/</w:t>
      </w:r>
      <w:proofErr w:type="spellStart"/>
      <w:r w:rsidR="00427AED" w:rsidRPr="00427AED">
        <w:rPr>
          <w:sz w:val="20"/>
          <w:szCs w:val="20"/>
        </w:rPr>
        <w:t>sau</w:t>
      </w:r>
      <w:proofErr w:type="spellEnd"/>
      <w:r w:rsidR="00427AED" w:rsidRPr="00427AED">
        <w:rPr>
          <w:sz w:val="20"/>
          <w:szCs w:val="20"/>
        </w:rPr>
        <w:t xml:space="preserve"> </w:t>
      </w:r>
      <w:proofErr w:type="spellStart"/>
      <w:r w:rsidR="00427AED" w:rsidRPr="00427AED">
        <w:rPr>
          <w:sz w:val="20"/>
          <w:szCs w:val="20"/>
        </w:rPr>
        <w:t>titlului</w:t>
      </w:r>
      <w:proofErr w:type="spellEnd"/>
      <w:r w:rsidR="00427AED" w:rsidRPr="00427AED">
        <w:rPr>
          <w:sz w:val="20"/>
          <w:szCs w:val="20"/>
        </w:rPr>
        <w:t xml:space="preserve"> </w:t>
      </w:r>
      <w:proofErr w:type="spellStart"/>
      <w:r w:rsidR="00427AED" w:rsidRPr="00427AED">
        <w:rPr>
          <w:sz w:val="20"/>
          <w:szCs w:val="20"/>
        </w:rPr>
        <w:t>științifico</w:t>
      </w:r>
      <w:proofErr w:type="spellEnd"/>
      <w:r w:rsidR="00427AED" w:rsidRPr="00427AED">
        <w:rPr>
          <w:sz w:val="20"/>
          <w:szCs w:val="20"/>
        </w:rPr>
        <w:t xml:space="preserve">-didactic, </w:t>
      </w:r>
      <w:proofErr w:type="spellStart"/>
      <w:r w:rsidR="00427AED" w:rsidRPr="00427AED">
        <w:rPr>
          <w:sz w:val="20"/>
          <w:szCs w:val="20"/>
        </w:rPr>
        <w:t>sau</w:t>
      </w:r>
      <w:proofErr w:type="spellEnd"/>
      <w:r w:rsidR="00427AED" w:rsidRPr="00427AED">
        <w:rPr>
          <w:sz w:val="20"/>
          <w:szCs w:val="20"/>
        </w:rPr>
        <w:t xml:space="preserve"> </w:t>
      </w:r>
      <w:proofErr w:type="spellStart"/>
      <w:r w:rsidR="00427AED" w:rsidRPr="00427AED">
        <w:rPr>
          <w:sz w:val="20"/>
          <w:szCs w:val="20"/>
        </w:rPr>
        <w:t>copia</w:t>
      </w:r>
      <w:proofErr w:type="spellEnd"/>
      <w:r w:rsidR="00427AED" w:rsidRPr="00427AED">
        <w:rPr>
          <w:sz w:val="20"/>
          <w:szCs w:val="20"/>
        </w:rPr>
        <w:t xml:space="preserve"> </w:t>
      </w:r>
      <w:proofErr w:type="spellStart"/>
      <w:r w:rsidR="00427AED" w:rsidRPr="00427AED">
        <w:rPr>
          <w:sz w:val="20"/>
          <w:szCs w:val="20"/>
        </w:rPr>
        <w:t>actului</w:t>
      </w:r>
      <w:proofErr w:type="spellEnd"/>
      <w:r w:rsidR="00427AED" w:rsidRPr="00427AED">
        <w:rPr>
          <w:sz w:val="20"/>
          <w:szCs w:val="20"/>
        </w:rPr>
        <w:t xml:space="preserve"> de </w:t>
      </w:r>
      <w:proofErr w:type="spellStart"/>
      <w:r w:rsidR="00427AED" w:rsidRPr="00427AED">
        <w:rPr>
          <w:sz w:val="20"/>
          <w:szCs w:val="20"/>
        </w:rPr>
        <w:t>studii</w:t>
      </w:r>
      <w:proofErr w:type="spellEnd"/>
      <w:r w:rsidR="00427AED" w:rsidRPr="00427AED">
        <w:rPr>
          <w:sz w:val="20"/>
          <w:szCs w:val="20"/>
        </w:rPr>
        <w:t xml:space="preserve">, </w:t>
      </w:r>
      <w:proofErr w:type="spellStart"/>
      <w:r w:rsidR="00427AED" w:rsidRPr="00427AED">
        <w:rPr>
          <w:sz w:val="20"/>
          <w:szCs w:val="20"/>
        </w:rPr>
        <w:t>după</w:t>
      </w:r>
      <w:proofErr w:type="spellEnd"/>
      <w:r w:rsidR="00427AED" w:rsidRPr="00427AED">
        <w:rPr>
          <w:sz w:val="20"/>
          <w:szCs w:val="20"/>
        </w:rPr>
        <w:t xml:space="preserve"> </w:t>
      </w:r>
      <w:proofErr w:type="spellStart"/>
      <w:r w:rsidR="00427AED" w:rsidRPr="00427AED">
        <w:rPr>
          <w:sz w:val="20"/>
          <w:szCs w:val="20"/>
        </w:rPr>
        <w:t>caz</w:t>
      </w:r>
      <w:proofErr w:type="spellEnd"/>
      <w:r w:rsidRPr="00FE001C">
        <w:rPr>
          <w:sz w:val="20"/>
          <w:szCs w:val="20"/>
        </w:rPr>
        <w:t>.</w:t>
      </w:r>
    </w:p>
    <w:p w14:paraId="726FEFA0" w14:textId="64458869" w:rsidR="00FE001C" w:rsidRPr="00FE001C" w:rsidRDefault="00A30892" w:rsidP="00A30892">
      <w:pPr>
        <w:tabs>
          <w:tab w:val="left" w:pos="2910"/>
        </w:tabs>
        <w:spacing w:before="140"/>
        <w:ind w:left="142" w:right="247"/>
        <w:jc w:val="both"/>
        <w:rPr>
          <w:b/>
          <w:color w:val="002060"/>
          <w:sz w:val="8"/>
          <w:szCs w:val="8"/>
        </w:rPr>
      </w:pPr>
      <w:r>
        <w:tab/>
      </w:r>
    </w:p>
    <w:p w14:paraId="097C1329" w14:textId="4C33988B" w:rsidR="008A1A99" w:rsidRDefault="00000000" w:rsidP="00FE001C">
      <w:pPr>
        <w:shd w:val="clear" w:color="auto" w:fill="EBF7F9"/>
        <w:spacing w:after="0" w:line="240" w:lineRule="auto"/>
        <w:ind w:left="142" w:right="249"/>
        <w:jc w:val="both"/>
        <w:rPr>
          <w:color w:val="002060"/>
          <w:sz w:val="18"/>
          <w:szCs w:val="18"/>
        </w:rPr>
      </w:pPr>
      <w:proofErr w:type="spellStart"/>
      <w:r w:rsidRPr="00246EBF">
        <w:rPr>
          <w:b/>
          <w:color w:val="002060"/>
          <w:sz w:val="18"/>
          <w:szCs w:val="18"/>
        </w:rPr>
        <w:t>Notă</w:t>
      </w:r>
      <w:proofErr w:type="spellEnd"/>
      <w:r w:rsidRPr="00246EBF">
        <w:rPr>
          <w:b/>
          <w:color w:val="002060"/>
          <w:sz w:val="18"/>
          <w:szCs w:val="18"/>
        </w:rPr>
        <w:t xml:space="preserve">: </w:t>
      </w:r>
      <w:proofErr w:type="spellStart"/>
      <w:r w:rsidRPr="00246EBF">
        <w:rPr>
          <w:color w:val="002060"/>
          <w:sz w:val="18"/>
          <w:szCs w:val="18"/>
        </w:rPr>
        <w:t>Includerea</w:t>
      </w:r>
      <w:proofErr w:type="spellEnd"/>
      <w:r w:rsidRPr="00246EBF">
        <w:rPr>
          <w:color w:val="002060"/>
          <w:sz w:val="18"/>
          <w:szCs w:val="18"/>
        </w:rPr>
        <w:t xml:space="preserve"> </w:t>
      </w:r>
      <w:proofErr w:type="spellStart"/>
      <w:r w:rsidRPr="00246EBF">
        <w:rPr>
          <w:color w:val="002060"/>
          <w:sz w:val="18"/>
          <w:szCs w:val="18"/>
        </w:rPr>
        <w:t>în</w:t>
      </w:r>
      <w:proofErr w:type="spellEnd"/>
      <w:r w:rsidRPr="00246EBF">
        <w:rPr>
          <w:color w:val="002060"/>
          <w:sz w:val="18"/>
          <w:szCs w:val="18"/>
        </w:rPr>
        <w:t xml:space="preserve"> </w:t>
      </w:r>
      <w:proofErr w:type="spellStart"/>
      <w:r w:rsidRPr="00246EBF">
        <w:rPr>
          <w:color w:val="002060"/>
          <w:sz w:val="18"/>
          <w:szCs w:val="18"/>
        </w:rPr>
        <w:t>Registrul</w:t>
      </w:r>
      <w:proofErr w:type="spellEnd"/>
      <w:r w:rsidRPr="00246EBF">
        <w:rPr>
          <w:color w:val="002060"/>
          <w:sz w:val="18"/>
          <w:szCs w:val="18"/>
        </w:rPr>
        <w:t xml:space="preserve"> </w:t>
      </w:r>
      <w:proofErr w:type="spellStart"/>
      <w:r w:rsidRPr="00246EBF">
        <w:rPr>
          <w:color w:val="002060"/>
          <w:sz w:val="18"/>
          <w:szCs w:val="18"/>
        </w:rPr>
        <w:t>experților</w:t>
      </w:r>
      <w:proofErr w:type="spellEnd"/>
      <w:r w:rsidRPr="00246EBF">
        <w:rPr>
          <w:color w:val="002060"/>
          <w:sz w:val="18"/>
          <w:szCs w:val="18"/>
        </w:rPr>
        <w:t xml:space="preserve"> </w:t>
      </w:r>
      <w:proofErr w:type="spellStart"/>
      <w:r w:rsidRPr="00246EBF">
        <w:rPr>
          <w:color w:val="002060"/>
          <w:sz w:val="18"/>
          <w:szCs w:val="18"/>
        </w:rPr>
        <w:t>independenți</w:t>
      </w:r>
      <w:proofErr w:type="spellEnd"/>
      <w:r w:rsidRPr="00246EBF">
        <w:rPr>
          <w:color w:val="002060"/>
          <w:sz w:val="18"/>
          <w:szCs w:val="18"/>
        </w:rPr>
        <w:t xml:space="preserve"> ANCD </w:t>
      </w:r>
      <w:proofErr w:type="spellStart"/>
      <w:r w:rsidRPr="00246EBF">
        <w:rPr>
          <w:color w:val="002060"/>
          <w:sz w:val="18"/>
          <w:szCs w:val="18"/>
        </w:rPr>
        <w:t>și</w:t>
      </w:r>
      <w:proofErr w:type="spellEnd"/>
      <w:r w:rsidRPr="00246EBF">
        <w:rPr>
          <w:color w:val="002060"/>
          <w:sz w:val="18"/>
          <w:szCs w:val="18"/>
        </w:rPr>
        <w:t xml:space="preserve"> </w:t>
      </w:r>
      <w:proofErr w:type="spellStart"/>
      <w:r w:rsidRPr="00246EBF">
        <w:rPr>
          <w:color w:val="002060"/>
          <w:sz w:val="18"/>
          <w:szCs w:val="18"/>
        </w:rPr>
        <w:t>cooptarea</w:t>
      </w:r>
      <w:proofErr w:type="spellEnd"/>
      <w:r w:rsidRPr="00246EBF">
        <w:rPr>
          <w:color w:val="002060"/>
          <w:sz w:val="18"/>
          <w:szCs w:val="18"/>
        </w:rPr>
        <w:t xml:space="preserve"> </w:t>
      </w:r>
      <w:proofErr w:type="spellStart"/>
      <w:r w:rsidRPr="00246EBF">
        <w:rPr>
          <w:color w:val="002060"/>
          <w:sz w:val="18"/>
          <w:szCs w:val="18"/>
        </w:rPr>
        <w:t>pentru</w:t>
      </w:r>
      <w:proofErr w:type="spellEnd"/>
      <w:r w:rsidRPr="00246EBF">
        <w:rPr>
          <w:color w:val="002060"/>
          <w:sz w:val="18"/>
          <w:szCs w:val="18"/>
        </w:rPr>
        <w:t xml:space="preserve"> o </w:t>
      </w:r>
      <w:proofErr w:type="spellStart"/>
      <w:r w:rsidRPr="00246EBF">
        <w:rPr>
          <w:color w:val="002060"/>
          <w:sz w:val="18"/>
          <w:szCs w:val="18"/>
        </w:rPr>
        <w:t>anumită</w:t>
      </w:r>
      <w:proofErr w:type="spellEnd"/>
      <w:r w:rsidRPr="00246EBF">
        <w:rPr>
          <w:color w:val="002060"/>
          <w:sz w:val="18"/>
          <w:szCs w:val="18"/>
        </w:rPr>
        <w:t xml:space="preserve"> </w:t>
      </w:r>
      <w:proofErr w:type="spellStart"/>
      <w:r w:rsidRPr="00246EBF">
        <w:rPr>
          <w:color w:val="002060"/>
          <w:sz w:val="18"/>
          <w:szCs w:val="18"/>
        </w:rPr>
        <w:t>procedură</w:t>
      </w:r>
      <w:proofErr w:type="spellEnd"/>
      <w:r w:rsidRPr="00246EBF">
        <w:rPr>
          <w:color w:val="002060"/>
          <w:sz w:val="18"/>
          <w:szCs w:val="18"/>
        </w:rPr>
        <w:t xml:space="preserve"> de </w:t>
      </w:r>
      <w:proofErr w:type="spellStart"/>
      <w:r w:rsidRPr="00246EBF">
        <w:rPr>
          <w:color w:val="002060"/>
          <w:sz w:val="18"/>
          <w:szCs w:val="18"/>
        </w:rPr>
        <w:t>expertizare</w:t>
      </w:r>
      <w:proofErr w:type="spellEnd"/>
      <w:r w:rsidRPr="00246EBF">
        <w:rPr>
          <w:color w:val="002060"/>
          <w:sz w:val="18"/>
          <w:szCs w:val="18"/>
        </w:rPr>
        <w:t xml:space="preserve"> se </w:t>
      </w:r>
      <w:proofErr w:type="spellStart"/>
      <w:r w:rsidRPr="00246EBF">
        <w:rPr>
          <w:color w:val="002060"/>
          <w:sz w:val="18"/>
          <w:szCs w:val="18"/>
        </w:rPr>
        <w:t>realizează</w:t>
      </w:r>
      <w:proofErr w:type="spellEnd"/>
      <w:r w:rsidRPr="00246EBF">
        <w:rPr>
          <w:color w:val="002060"/>
          <w:sz w:val="18"/>
          <w:szCs w:val="18"/>
        </w:rPr>
        <w:t xml:space="preserve"> </w:t>
      </w:r>
      <w:proofErr w:type="spellStart"/>
      <w:r w:rsidRPr="00246EBF">
        <w:rPr>
          <w:color w:val="002060"/>
          <w:sz w:val="18"/>
          <w:szCs w:val="18"/>
        </w:rPr>
        <w:t>în</w:t>
      </w:r>
      <w:proofErr w:type="spellEnd"/>
      <w:r w:rsidRPr="00246EBF">
        <w:rPr>
          <w:color w:val="002060"/>
          <w:sz w:val="18"/>
          <w:szCs w:val="18"/>
        </w:rPr>
        <w:t xml:space="preserve"> </w:t>
      </w:r>
      <w:proofErr w:type="spellStart"/>
      <w:r w:rsidRPr="00246EBF">
        <w:rPr>
          <w:color w:val="002060"/>
          <w:sz w:val="18"/>
          <w:szCs w:val="18"/>
        </w:rPr>
        <w:t>condițiile</w:t>
      </w:r>
      <w:proofErr w:type="spellEnd"/>
      <w:r w:rsidRPr="00246EBF">
        <w:rPr>
          <w:color w:val="002060"/>
          <w:sz w:val="18"/>
          <w:szCs w:val="18"/>
        </w:rPr>
        <w:t xml:space="preserve"> </w:t>
      </w:r>
      <w:proofErr w:type="spellStart"/>
      <w:r w:rsidRPr="00246EBF">
        <w:rPr>
          <w:color w:val="002060"/>
          <w:sz w:val="18"/>
          <w:szCs w:val="18"/>
        </w:rPr>
        <w:t>Regulamentului</w:t>
      </w:r>
      <w:proofErr w:type="spellEnd"/>
      <w:r w:rsidRPr="00246EBF">
        <w:rPr>
          <w:color w:val="002060"/>
          <w:sz w:val="18"/>
          <w:szCs w:val="18"/>
        </w:rPr>
        <w:t xml:space="preserve"> cu </w:t>
      </w:r>
      <w:proofErr w:type="spellStart"/>
      <w:r w:rsidRPr="00246EBF">
        <w:rPr>
          <w:color w:val="002060"/>
          <w:sz w:val="18"/>
          <w:szCs w:val="18"/>
        </w:rPr>
        <w:t>privire</w:t>
      </w:r>
      <w:proofErr w:type="spellEnd"/>
      <w:r w:rsidRPr="00246EBF">
        <w:rPr>
          <w:color w:val="002060"/>
          <w:sz w:val="18"/>
          <w:szCs w:val="18"/>
        </w:rPr>
        <w:t xml:space="preserve"> la </w:t>
      </w:r>
      <w:proofErr w:type="spellStart"/>
      <w:r w:rsidRPr="00246EBF">
        <w:rPr>
          <w:color w:val="002060"/>
          <w:sz w:val="18"/>
          <w:szCs w:val="18"/>
        </w:rPr>
        <w:t>procedura</w:t>
      </w:r>
      <w:proofErr w:type="spellEnd"/>
      <w:r w:rsidRPr="00246EBF">
        <w:rPr>
          <w:color w:val="002060"/>
          <w:sz w:val="18"/>
          <w:szCs w:val="18"/>
        </w:rPr>
        <w:t xml:space="preserve"> de </w:t>
      </w:r>
      <w:proofErr w:type="spellStart"/>
      <w:r w:rsidRPr="00246EBF">
        <w:rPr>
          <w:color w:val="002060"/>
          <w:sz w:val="18"/>
          <w:szCs w:val="18"/>
        </w:rPr>
        <w:t>expertizare</w:t>
      </w:r>
      <w:proofErr w:type="spellEnd"/>
      <w:r w:rsidRPr="00246EBF">
        <w:rPr>
          <w:color w:val="002060"/>
          <w:sz w:val="18"/>
          <w:szCs w:val="18"/>
        </w:rPr>
        <w:t xml:space="preserve"> </w:t>
      </w:r>
      <w:proofErr w:type="spellStart"/>
      <w:r w:rsidRPr="00246EBF">
        <w:rPr>
          <w:color w:val="002060"/>
          <w:sz w:val="18"/>
          <w:szCs w:val="18"/>
        </w:rPr>
        <w:t>și</w:t>
      </w:r>
      <w:proofErr w:type="spellEnd"/>
      <w:r w:rsidRPr="00246EBF">
        <w:rPr>
          <w:color w:val="002060"/>
          <w:sz w:val="18"/>
          <w:szCs w:val="18"/>
        </w:rPr>
        <w:t xml:space="preserve"> </w:t>
      </w:r>
      <w:proofErr w:type="spellStart"/>
      <w:r w:rsidRPr="00246EBF">
        <w:rPr>
          <w:color w:val="002060"/>
          <w:sz w:val="18"/>
          <w:szCs w:val="18"/>
        </w:rPr>
        <w:t>evaluare</w:t>
      </w:r>
      <w:proofErr w:type="spellEnd"/>
      <w:r w:rsidRPr="00246EBF">
        <w:rPr>
          <w:color w:val="002060"/>
          <w:sz w:val="18"/>
          <w:szCs w:val="18"/>
        </w:rPr>
        <w:t xml:space="preserve"> </w:t>
      </w:r>
      <w:proofErr w:type="spellStart"/>
      <w:r w:rsidRPr="00246EBF">
        <w:rPr>
          <w:color w:val="002060"/>
          <w:sz w:val="18"/>
          <w:szCs w:val="18"/>
        </w:rPr>
        <w:t>independentă</w:t>
      </w:r>
      <w:proofErr w:type="spellEnd"/>
      <w:r w:rsidRPr="00246EBF">
        <w:rPr>
          <w:color w:val="002060"/>
          <w:sz w:val="18"/>
          <w:szCs w:val="18"/>
        </w:rPr>
        <w:t xml:space="preserve"> </w:t>
      </w:r>
      <w:proofErr w:type="spellStart"/>
      <w:r w:rsidRPr="00246EBF">
        <w:rPr>
          <w:color w:val="002060"/>
          <w:sz w:val="18"/>
          <w:szCs w:val="18"/>
        </w:rPr>
        <w:t>și</w:t>
      </w:r>
      <w:proofErr w:type="spellEnd"/>
      <w:r w:rsidRPr="00246EBF">
        <w:rPr>
          <w:color w:val="002060"/>
          <w:sz w:val="18"/>
          <w:szCs w:val="18"/>
        </w:rPr>
        <w:t xml:space="preserve"> ale </w:t>
      </w:r>
      <w:proofErr w:type="spellStart"/>
      <w:r w:rsidRPr="00246EBF">
        <w:rPr>
          <w:color w:val="002060"/>
          <w:sz w:val="18"/>
          <w:szCs w:val="18"/>
        </w:rPr>
        <w:t>actelor</w:t>
      </w:r>
      <w:proofErr w:type="spellEnd"/>
      <w:r w:rsidRPr="00246EBF">
        <w:rPr>
          <w:color w:val="002060"/>
          <w:sz w:val="18"/>
          <w:szCs w:val="18"/>
        </w:rPr>
        <w:t xml:space="preserve"> normative </w:t>
      </w:r>
      <w:proofErr w:type="spellStart"/>
      <w:r w:rsidRPr="00246EBF">
        <w:rPr>
          <w:color w:val="002060"/>
          <w:sz w:val="18"/>
          <w:szCs w:val="18"/>
        </w:rPr>
        <w:t>aplicabile</w:t>
      </w:r>
      <w:proofErr w:type="spellEnd"/>
      <w:r w:rsidRPr="00246EBF">
        <w:rPr>
          <w:color w:val="002060"/>
          <w:sz w:val="18"/>
          <w:szCs w:val="18"/>
        </w:rPr>
        <w:t>.</w:t>
      </w:r>
    </w:p>
    <w:p w14:paraId="3F032EFD" w14:textId="77777777" w:rsidR="00FE001C" w:rsidRDefault="00FE001C" w:rsidP="00FE001C">
      <w:pPr>
        <w:shd w:val="clear" w:color="auto" w:fill="EBF7F9"/>
        <w:spacing w:after="0" w:line="240" w:lineRule="auto"/>
        <w:ind w:left="142" w:right="249"/>
        <w:jc w:val="both"/>
        <w:rPr>
          <w:color w:val="002060"/>
          <w:sz w:val="10"/>
          <w:szCs w:val="10"/>
        </w:rPr>
      </w:pPr>
    </w:p>
    <w:p w14:paraId="3B4AD6DD" w14:textId="77777777" w:rsidR="00107BCC" w:rsidRDefault="00107BCC" w:rsidP="00107BCC">
      <w:pPr>
        <w:rPr>
          <w:color w:val="002060"/>
          <w:sz w:val="10"/>
          <w:szCs w:val="10"/>
        </w:rPr>
      </w:pPr>
    </w:p>
    <w:p w14:paraId="41F38239" w14:textId="2DC47D32" w:rsidR="00107BCC" w:rsidRPr="00107BCC" w:rsidRDefault="00107BCC" w:rsidP="00107BCC">
      <w:pPr>
        <w:tabs>
          <w:tab w:val="left" w:pos="4515"/>
        </w:tabs>
        <w:rPr>
          <w:sz w:val="10"/>
          <w:szCs w:val="10"/>
        </w:rPr>
      </w:pPr>
    </w:p>
    <w:sectPr w:rsidR="00107BCC" w:rsidRPr="00107BCC" w:rsidSect="00A30892">
      <w:headerReference w:type="default" r:id="rId8"/>
      <w:footerReference w:type="default" r:id="rId9"/>
      <w:pgSz w:w="12240" w:h="15840"/>
      <w:pgMar w:top="851" w:right="964" w:bottom="1134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9B6CE4" w14:textId="77777777" w:rsidR="009B0501" w:rsidRDefault="009B0501">
      <w:pPr>
        <w:spacing w:after="0" w:line="240" w:lineRule="auto"/>
      </w:pPr>
      <w:r>
        <w:separator/>
      </w:r>
    </w:p>
  </w:endnote>
  <w:endnote w:type="continuationSeparator" w:id="0">
    <w:p w14:paraId="153BBAFF" w14:textId="77777777" w:rsidR="009B0501" w:rsidRDefault="009B0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05425" w14:textId="77777777" w:rsidR="008A1A99" w:rsidRDefault="00000000">
    <w:pPr>
      <w:pStyle w:val="a7"/>
      <w:jc w:val="center"/>
    </w:pPr>
    <w:r>
      <w:rPr>
        <w:color w:val="666666"/>
        <w:sz w:val="16"/>
      </w:rPr>
      <w:t xml:space="preserve">ANCD • </w:t>
    </w:r>
    <w:proofErr w:type="spellStart"/>
    <w:r>
      <w:rPr>
        <w:color w:val="666666"/>
        <w:sz w:val="16"/>
      </w:rPr>
      <w:t>Fișa</w:t>
    </w:r>
    <w:proofErr w:type="spellEnd"/>
    <w:r>
      <w:rPr>
        <w:color w:val="666666"/>
        <w:sz w:val="16"/>
      </w:rPr>
      <w:t xml:space="preserve"> </w:t>
    </w:r>
    <w:proofErr w:type="spellStart"/>
    <w:r>
      <w:rPr>
        <w:color w:val="666666"/>
        <w:sz w:val="16"/>
      </w:rPr>
      <w:t>expertului</w:t>
    </w:r>
    <w:proofErr w:type="spellEnd"/>
    <w:r>
      <w:rPr>
        <w:color w:val="666666"/>
        <w:sz w:val="16"/>
      </w:rPr>
      <w:t xml:space="preserve"> independent • </w:t>
    </w:r>
    <w:proofErr w:type="spellStart"/>
    <w:r>
      <w:rPr>
        <w:color w:val="666666"/>
        <w:sz w:val="16"/>
      </w:rPr>
      <w:t>Pagina</w:t>
    </w:r>
    <w:proofErr w:type="spellEnd"/>
    <w:r>
      <w:rPr>
        <w:color w:val="666666"/>
        <w:sz w:val="16"/>
      </w:rPr>
      <w:t xml:space="preserve"> </w:t>
    </w:r>
    <w:r>
      <w:rPr>
        <w:color w:val="666666"/>
        <w:sz w:val="16"/>
      </w:rPr>
      <w:fldChar w:fldCharType="begin"/>
    </w:r>
    <w:r>
      <w:rPr>
        <w:color w:val="666666"/>
        <w:sz w:val="16"/>
      </w:rPr>
      <w:instrText>PAGE</w:instrText>
    </w:r>
    <w:r>
      <w:rPr>
        <w:color w:val="666666"/>
        <w:sz w:val="16"/>
      </w:rPr>
      <w:fldChar w:fldCharType="separate"/>
    </w:r>
    <w:r w:rsidR="000905FF">
      <w:rPr>
        <w:noProof/>
        <w:color w:val="666666"/>
        <w:sz w:val="16"/>
      </w:rPr>
      <w:t>1</w:t>
    </w:r>
    <w:r>
      <w:rPr>
        <w:color w:val="666666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8C300" w14:textId="77777777" w:rsidR="009B0501" w:rsidRDefault="009B0501">
      <w:pPr>
        <w:spacing w:after="0" w:line="240" w:lineRule="auto"/>
      </w:pPr>
      <w:r>
        <w:separator/>
      </w:r>
    </w:p>
  </w:footnote>
  <w:footnote w:type="continuationSeparator" w:id="0">
    <w:p w14:paraId="4C177511" w14:textId="77777777" w:rsidR="009B0501" w:rsidRDefault="009B05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1857C" w14:textId="77777777" w:rsidR="005D2364" w:rsidRPr="00D4439A" w:rsidRDefault="005D2364" w:rsidP="001A5274">
    <w:pPr>
      <w:shd w:val="clear" w:color="auto" w:fill="DBE5F1" w:themeFill="accent1" w:themeFillTint="33"/>
      <w:spacing w:after="0" w:line="240" w:lineRule="auto"/>
      <w:ind w:left="284" w:right="106"/>
      <w:jc w:val="right"/>
      <w:rPr>
        <w:rFonts w:ascii="Calibri" w:hAnsi="Calibri" w:cs="Calibri"/>
        <w:b/>
        <w:caps/>
        <w:color w:val="002060"/>
        <w:spacing w:val="20"/>
        <w:sz w:val="22"/>
      </w:rPr>
    </w:pPr>
    <w:r w:rsidRPr="00D4439A">
      <w:rPr>
        <w:rFonts w:ascii="Calibri" w:hAnsi="Calibri" w:cs="Calibri"/>
        <w:b/>
        <w:caps/>
        <w:color w:val="002060"/>
        <w:spacing w:val="20"/>
        <w:sz w:val="22"/>
      </w:rPr>
      <w:t>FORMULAR DE ÎNREGISTRARE</w:t>
    </w:r>
  </w:p>
  <w:p w14:paraId="499ABCD0" w14:textId="77777777" w:rsidR="005D2364" w:rsidRPr="00D4439A" w:rsidRDefault="005D2364" w:rsidP="001A5274">
    <w:pPr>
      <w:shd w:val="clear" w:color="auto" w:fill="DBE5F1" w:themeFill="accent1" w:themeFillTint="33"/>
      <w:spacing w:after="0" w:line="240" w:lineRule="auto"/>
      <w:ind w:left="284" w:right="106"/>
      <w:jc w:val="right"/>
      <w:rPr>
        <w:rFonts w:ascii="Calibri" w:hAnsi="Calibri" w:cs="Calibri"/>
        <w:b/>
        <w:caps/>
        <w:color w:val="002060"/>
        <w:spacing w:val="20"/>
        <w:sz w:val="22"/>
      </w:rPr>
    </w:pPr>
    <w:r w:rsidRPr="00D4439A">
      <w:rPr>
        <w:rFonts w:ascii="Calibri" w:hAnsi="Calibri" w:cs="Calibri"/>
        <w:sz w:val="22"/>
      </w:rPr>
      <w:t xml:space="preserve"> </w:t>
    </w:r>
    <w:proofErr w:type="spellStart"/>
    <w:r w:rsidRPr="00D4439A">
      <w:rPr>
        <w:rFonts w:ascii="Calibri" w:hAnsi="Calibri" w:cs="Calibri"/>
        <w:b/>
        <w:color w:val="002060"/>
        <w:spacing w:val="20"/>
        <w:sz w:val="22"/>
      </w:rPr>
      <w:t>pentru</w:t>
    </w:r>
    <w:proofErr w:type="spellEnd"/>
    <w:r w:rsidRPr="00D4439A">
      <w:rPr>
        <w:rFonts w:ascii="Calibri" w:hAnsi="Calibri" w:cs="Calibri"/>
        <w:b/>
        <w:color w:val="002060"/>
        <w:spacing w:val="20"/>
        <w:sz w:val="22"/>
      </w:rPr>
      <w:t xml:space="preserve"> </w:t>
    </w:r>
    <w:proofErr w:type="spellStart"/>
    <w:r w:rsidRPr="00D4439A">
      <w:rPr>
        <w:rFonts w:ascii="Calibri" w:hAnsi="Calibri" w:cs="Calibri"/>
        <w:b/>
        <w:color w:val="002060"/>
        <w:spacing w:val="20"/>
        <w:sz w:val="22"/>
      </w:rPr>
      <w:t>includerea</w:t>
    </w:r>
    <w:proofErr w:type="spellEnd"/>
    <w:r w:rsidRPr="00D4439A">
      <w:rPr>
        <w:rFonts w:ascii="Calibri" w:hAnsi="Calibri" w:cs="Calibri"/>
        <w:b/>
        <w:color w:val="002060"/>
        <w:spacing w:val="20"/>
        <w:sz w:val="22"/>
      </w:rPr>
      <w:t xml:space="preserve"> </w:t>
    </w:r>
    <w:proofErr w:type="spellStart"/>
    <w:r w:rsidRPr="00D4439A">
      <w:rPr>
        <w:rFonts w:ascii="Calibri" w:hAnsi="Calibri" w:cs="Calibri"/>
        <w:b/>
        <w:color w:val="002060"/>
        <w:spacing w:val="20"/>
        <w:sz w:val="22"/>
      </w:rPr>
      <w:t>în</w:t>
    </w:r>
    <w:proofErr w:type="spellEnd"/>
    <w:r w:rsidRPr="00D4439A">
      <w:rPr>
        <w:rFonts w:ascii="Calibri" w:hAnsi="Calibri" w:cs="Calibri"/>
        <w:b/>
        <w:caps/>
        <w:color w:val="002060"/>
        <w:spacing w:val="20"/>
        <w:sz w:val="22"/>
      </w:rPr>
      <w:t xml:space="preserve"> </w:t>
    </w:r>
    <w:proofErr w:type="spellStart"/>
    <w:r w:rsidRPr="00D4439A">
      <w:rPr>
        <w:rFonts w:ascii="Calibri" w:hAnsi="Calibri" w:cs="Calibri"/>
        <w:b/>
        <w:color w:val="002060"/>
        <w:spacing w:val="20"/>
        <w:sz w:val="22"/>
      </w:rPr>
      <w:t>Registrul</w:t>
    </w:r>
    <w:proofErr w:type="spellEnd"/>
    <w:r w:rsidRPr="00D4439A">
      <w:rPr>
        <w:rFonts w:ascii="Calibri" w:hAnsi="Calibri" w:cs="Calibri"/>
        <w:b/>
        <w:color w:val="002060"/>
        <w:spacing w:val="20"/>
        <w:sz w:val="22"/>
      </w:rPr>
      <w:t xml:space="preserve"> </w:t>
    </w:r>
    <w:proofErr w:type="spellStart"/>
    <w:r w:rsidRPr="00D4439A">
      <w:rPr>
        <w:rFonts w:ascii="Calibri" w:hAnsi="Calibri" w:cs="Calibri"/>
        <w:b/>
        <w:color w:val="002060"/>
        <w:spacing w:val="20"/>
        <w:sz w:val="22"/>
      </w:rPr>
      <w:t>experților</w:t>
    </w:r>
    <w:proofErr w:type="spellEnd"/>
    <w:r w:rsidRPr="00D4439A">
      <w:rPr>
        <w:rFonts w:ascii="Calibri" w:hAnsi="Calibri" w:cs="Calibri"/>
        <w:b/>
        <w:color w:val="002060"/>
        <w:spacing w:val="20"/>
        <w:sz w:val="22"/>
      </w:rPr>
      <w:t xml:space="preserve"> </w:t>
    </w:r>
    <w:proofErr w:type="spellStart"/>
    <w:r w:rsidRPr="00D4439A">
      <w:rPr>
        <w:rFonts w:ascii="Calibri" w:hAnsi="Calibri" w:cs="Calibri"/>
        <w:b/>
        <w:color w:val="002060"/>
        <w:spacing w:val="20"/>
        <w:sz w:val="22"/>
      </w:rPr>
      <w:t>independenți</w:t>
    </w:r>
    <w:proofErr w:type="spellEnd"/>
    <w:r w:rsidRPr="00D4439A">
      <w:rPr>
        <w:rFonts w:ascii="Calibri" w:hAnsi="Calibri" w:cs="Calibri"/>
        <w:b/>
        <w:caps/>
        <w:color w:val="002060"/>
        <w:spacing w:val="20"/>
        <w:sz w:val="22"/>
      </w:rPr>
      <w:t xml:space="preserve"> ANCD </w:t>
    </w:r>
  </w:p>
  <w:p w14:paraId="0E773C9A" w14:textId="77777777" w:rsidR="005D2364" w:rsidRDefault="005D236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64501200">
    <w:abstractNumId w:val="8"/>
  </w:num>
  <w:num w:numId="2" w16cid:durableId="1156729716">
    <w:abstractNumId w:val="6"/>
  </w:num>
  <w:num w:numId="3" w16cid:durableId="1174732938">
    <w:abstractNumId w:val="5"/>
  </w:num>
  <w:num w:numId="4" w16cid:durableId="1874076761">
    <w:abstractNumId w:val="4"/>
  </w:num>
  <w:num w:numId="5" w16cid:durableId="911814179">
    <w:abstractNumId w:val="7"/>
  </w:num>
  <w:num w:numId="6" w16cid:durableId="1182477593">
    <w:abstractNumId w:val="3"/>
  </w:num>
  <w:num w:numId="7" w16cid:durableId="1429278424">
    <w:abstractNumId w:val="2"/>
  </w:num>
  <w:num w:numId="8" w16cid:durableId="765417962">
    <w:abstractNumId w:val="1"/>
  </w:num>
  <w:num w:numId="9" w16cid:durableId="208885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40E0"/>
    <w:rsid w:val="00034616"/>
    <w:rsid w:val="0006063C"/>
    <w:rsid w:val="00074B50"/>
    <w:rsid w:val="000905FF"/>
    <w:rsid w:val="00091DE7"/>
    <w:rsid w:val="000A3911"/>
    <w:rsid w:val="000B587A"/>
    <w:rsid w:val="000C219E"/>
    <w:rsid w:val="00107BCC"/>
    <w:rsid w:val="001373AB"/>
    <w:rsid w:val="0014487C"/>
    <w:rsid w:val="00144F99"/>
    <w:rsid w:val="0015074B"/>
    <w:rsid w:val="001636DC"/>
    <w:rsid w:val="001A5274"/>
    <w:rsid w:val="001A5F9F"/>
    <w:rsid w:val="001B33B4"/>
    <w:rsid w:val="00246EBF"/>
    <w:rsid w:val="0029639D"/>
    <w:rsid w:val="002C2F6F"/>
    <w:rsid w:val="002D5ADD"/>
    <w:rsid w:val="002E107D"/>
    <w:rsid w:val="00326F90"/>
    <w:rsid w:val="00364491"/>
    <w:rsid w:val="003756A9"/>
    <w:rsid w:val="00382712"/>
    <w:rsid w:val="00411A9C"/>
    <w:rsid w:val="00427AED"/>
    <w:rsid w:val="0045260D"/>
    <w:rsid w:val="004B698B"/>
    <w:rsid w:val="00511818"/>
    <w:rsid w:val="00524CAF"/>
    <w:rsid w:val="0057035D"/>
    <w:rsid w:val="00575D14"/>
    <w:rsid w:val="005C00A8"/>
    <w:rsid w:val="005C19B6"/>
    <w:rsid w:val="005C55EA"/>
    <w:rsid w:val="005D1D8E"/>
    <w:rsid w:val="005D2364"/>
    <w:rsid w:val="006679CB"/>
    <w:rsid w:val="006A7D8C"/>
    <w:rsid w:val="006B33E5"/>
    <w:rsid w:val="006E2F63"/>
    <w:rsid w:val="006E6EA3"/>
    <w:rsid w:val="00706B3D"/>
    <w:rsid w:val="00707183"/>
    <w:rsid w:val="0073308F"/>
    <w:rsid w:val="00745DA0"/>
    <w:rsid w:val="00763B01"/>
    <w:rsid w:val="00775347"/>
    <w:rsid w:val="007A4575"/>
    <w:rsid w:val="007A5E9D"/>
    <w:rsid w:val="007B10AC"/>
    <w:rsid w:val="007E4B26"/>
    <w:rsid w:val="0083672D"/>
    <w:rsid w:val="008749E3"/>
    <w:rsid w:val="00887455"/>
    <w:rsid w:val="008A1A99"/>
    <w:rsid w:val="009036AB"/>
    <w:rsid w:val="00944A54"/>
    <w:rsid w:val="009B0501"/>
    <w:rsid w:val="00A034AB"/>
    <w:rsid w:val="00A16318"/>
    <w:rsid w:val="00A30892"/>
    <w:rsid w:val="00A30BC6"/>
    <w:rsid w:val="00A54204"/>
    <w:rsid w:val="00A96321"/>
    <w:rsid w:val="00AA1D8D"/>
    <w:rsid w:val="00AA3563"/>
    <w:rsid w:val="00AA58EB"/>
    <w:rsid w:val="00AC7266"/>
    <w:rsid w:val="00AE1F31"/>
    <w:rsid w:val="00AE3576"/>
    <w:rsid w:val="00B11143"/>
    <w:rsid w:val="00B31CC8"/>
    <w:rsid w:val="00B41A6B"/>
    <w:rsid w:val="00B47730"/>
    <w:rsid w:val="00B85D85"/>
    <w:rsid w:val="00B9259D"/>
    <w:rsid w:val="00BA0C12"/>
    <w:rsid w:val="00BF7EBF"/>
    <w:rsid w:val="00C1608C"/>
    <w:rsid w:val="00C216D7"/>
    <w:rsid w:val="00C27A58"/>
    <w:rsid w:val="00CB0664"/>
    <w:rsid w:val="00CB66AA"/>
    <w:rsid w:val="00CE3DDE"/>
    <w:rsid w:val="00CE56F7"/>
    <w:rsid w:val="00CE6BA8"/>
    <w:rsid w:val="00CF1465"/>
    <w:rsid w:val="00D111AB"/>
    <w:rsid w:val="00D4439A"/>
    <w:rsid w:val="00D536DE"/>
    <w:rsid w:val="00D658D8"/>
    <w:rsid w:val="00D77427"/>
    <w:rsid w:val="00D86415"/>
    <w:rsid w:val="00D97A83"/>
    <w:rsid w:val="00D97CFF"/>
    <w:rsid w:val="00DE1CD1"/>
    <w:rsid w:val="00E85097"/>
    <w:rsid w:val="00EC3287"/>
    <w:rsid w:val="00EC6A14"/>
    <w:rsid w:val="00ED3552"/>
    <w:rsid w:val="00EF11E2"/>
    <w:rsid w:val="00F35864"/>
    <w:rsid w:val="00F53E74"/>
    <w:rsid w:val="00F55AE3"/>
    <w:rsid w:val="00F611C8"/>
    <w:rsid w:val="00F6646B"/>
    <w:rsid w:val="00F82331"/>
    <w:rsid w:val="00F9378C"/>
    <w:rsid w:val="00FA0D3D"/>
    <w:rsid w:val="00FC693F"/>
    <w:rsid w:val="00FE001C"/>
    <w:rsid w:val="00FE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D0B8479"/>
  <w14:defaultImageDpi w14:val="300"/>
  <w15:docId w15:val="{700ABA4A-B2A5-4FC7-BED3-AEFDB9927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365D"/>
      <w:sz w:val="23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485</Words>
  <Characters>2767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3246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104</cp:revision>
  <cp:lastPrinted>2026-09-07T06:57:00Z</cp:lastPrinted>
  <dcterms:created xsi:type="dcterms:W3CDTF">2013-12-23T23:15:00Z</dcterms:created>
  <dcterms:modified xsi:type="dcterms:W3CDTF">2026-09-07T12:06:00Z</dcterms:modified>
  <cp:category/>
</cp:coreProperties>
</file>